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714" w:rsidRDefault="00AC0714">
      <w:pPr>
        <w:autoSpaceDE w:val="0"/>
        <w:autoSpaceDN w:val="0"/>
        <w:spacing w:after="78" w:line="220" w:lineRule="exact"/>
      </w:pPr>
    </w:p>
    <w:p w:rsidR="00895673" w:rsidRPr="00022787" w:rsidRDefault="00895673" w:rsidP="00895673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22787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ПРОСВЕЩЕНИЯ РОССИЙСКОЙ ФЕДЕРАЦИИ</w:t>
      </w:r>
    </w:p>
    <w:p w:rsidR="00895673" w:rsidRPr="00022787" w:rsidRDefault="00895673" w:rsidP="00895673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22787"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895673" w:rsidRPr="00022787" w:rsidRDefault="00895673" w:rsidP="00895673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22787">
        <w:rPr>
          <w:rFonts w:ascii="Times New Roman" w:hAnsi="Times New Roman" w:cs="Times New Roman"/>
          <w:sz w:val="24"/>
          <w:szCs w:val="24"/>
          <w:lang w:val="ru-RU"/>
        </w:rPr>
        <w:t>Департамент образования города Екатеринбурга</w:t>
      </w:r>
    </w:p>
    <w:p w:rsidR="00895673" w:rsidRPr="00E00C5F" w:rsidRDefault="00895673" w:rsidP="00895673">
      <w:pPr>
        <w:autoSpaceDE w:val="0"/>
        <w:autoSpaceDN w:val="0"/>
        <w:spacing w:before="2156" w:after="0" w:line="245" w:lineRule="auto"/>
        <w:ind w:left="851" w:right="1872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УТВЕРЖЕНО 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                                                     СОГЛАСОВАНО                                 </w:t>
      </w:r>
      <w:r w:rsidRPr="004D43F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ШМО учителей начальных классов                    Заместитель директора по УВР</w:t>
      </w:r>
    </w:p>
    <w:p w:rsidR="00895673" w:rsidRDefault="00895673" w:rsidP="00895673">
      <w:pPr>
        <w:autoSpaceDE w:val="0"/>
        <w:autoSpaceDN w:val="0"/>
        <w:spacing w:before="182" w:after="0" w:line="230" w:lineRule="auto"/>
        <w:ind w:left="851" w:right="512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Руководитель ШМО                                              ___________________Анисимова К.А.</w:t>
      </w:r>
    </w:p>
    <w:p w:rsidR="00895673" w:rsidRPr="004D43FB" w:rsidRDefault="00895673" w:rsidP="00895673">
      <w:pPr>
        <w:autoSpaceDE w:val="0"/>
        <w:autoSpaceDN w:val="0"/>
        <w:spacing w:before="182" w:after="0" w:line="230" w:lineRule="auto"/>
        <w:ind w:left="851" w:right="512"/>
        <w:rPr>
          <w:lang w:val="ru-RU"/>
        </w:rPr>
      </w:pP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Носова Т.В.</w:t>
      </w:r>
    </w:p>
    <w:p w:rsidR="00895673" w:rsidRPr="004D43FB" w:rsidRDefault="00895673" w:rsidP="00895673">
      <w:pPr>
        <w:autoSpaceDE w:val="0"/>
        <w:autoSpaceDN w:val="0"/>
        <w:spacing w:before="182" w:after="0" w:line="230" w:lineRule="auto"/>
        <w:ind w:left="851" w:right="2374"/>
        <w:rPr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Протокол</w:t>
      </w: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№</w:t>
      </w:r>
    </w:p>
    <w:p w:rsidR="00895673" w:rsidRPr="004D43FB" w:rsidRDefault="00895673" w:rsidP="00895673">
      <w:pPr>
        <w:autoSpaceDE w:val="0"/>
        <w:autoSpaceDN w:val="0"/>
        <w:spacing w:before="182" w:after="0" w:line="230" w:lineRule="auto"/>
        <w:ind w:left="851" w:right="2498"/>
        <w:rPr>
          <w:lang w:val="ru-RU"/>
        </w:rPr>
      </w:pP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от ""    </w:t>
      </w:r>
      <w:proofErr w:type="gramStart"/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г</w:t>
      </w:r>
      <w:proofErr w:type="gramEnd"/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.</w:t>
      </w:r>
    </w:p>
    <w:p w:rsidR="00AC0714" w:rsidRPr="00895673" w:rsidRDefault="0001568D">
      <w:pPr>
        <w:autoSpaceDE w:val="0"/>
        <w:autoSpaceDN w:val="0"/>
        <w:spacing w:before="1038" w:after="0" w:line="230" w:lineRule="auto"/>
        <w:ind w:right="3644"/>
        <w:jc w:val="right"/>
        <w:rPr>
          <w:lang w:val="ru-RU"/>
        </w:rPr>
      </w:pPr>
      <w:r w:rsidRPr="00895673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AC0714" w:rsidRPr="00895673" w:rsidRDefault="0001568D">
      <w:pPr>
        <w:autoSpaceDE w:val="0"/>
        <w:autoSpaceDN w:val="0"/>
        <w:spacing w:before="70" w:after="0" w:line="230" w:lineRule="auto"/>
        <w:ind w:right="4416"/>
        <w:jc w:val="right"/>
        <w:rPr>
          <w:lang w:val="ru-RU"/>
        </w:rPr>
      </w:pPr>
      <w:r w:rsidRPr="00895673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8956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1473970)</w:t>
      </w:r>
    </w:p>
    <w:p w:rsidR="00AC0714" w:rsidRPr="00895673" w:rsidRDefault="0001568D">
      <w:pPr>
        <w:autoSpaceDE w:val="0"/>
        <w:autoSpaceDN w:val="0"/>
        <w:spacing w:before="166" w:after="0" w:line="230" w:lineRule="auto"/>
        <w:ind w:right="4016"/>
        <w:jc w:val="right"/>
        <w:rPr>
          <w:lang w:val="ru-RU"/>
        </w:rPr>
      </w:pPr>
      <w:r w:rsidRPr="00895673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AC0714" w:rsidRPr="00895673" w:rsidRDefault="0001568D">
      <w:pPr>
        <w:autoSpaceDE w:val="0"/>
        <w:autoSpaceDN w:val="0"/>
        <w:spacing w:before="70" w:after="0" w:line="230" w:lineRule="auto"/>
        <w:ind w:right="4268"/>
        <w:jc w:val="right"/>
        <w:rPr>
          <w:lang w:val="ru-RU"/>
        </w:rPr>
      </w:pPr>
      <w:r w:rsidRPr="00895673">
        <w:rPr>
          <w:rFonts w:ascii="Times New Roman" w:eastAsia="Times New Roman" w:hAnsi="Times New Roman"/>
          <w:color w:val="000000"/>
          <w:sz w:val="24"/>
          <w:lang w:val="ru-RU"/>
        </w:rPr>
        <w:t>«Технология»</w:t>
      </w:r>
    </w:p>
    <w:p w:rsidR="00AC0714" w:rsidRPr="00895673" w:rsidRDefault="0001568D">
      <w:pPr>
        <w:autoSpaceDE w:val="0"/>
        <w:autoSpaceDN w:val="0"/>
        <w:spacing w:before="670" w:after="0" w:line="230" w:lineRule="auto"/>
        <w:ind w:right="2676"/>
        <w:jc w:val="right"/>
        <w:rPr>
          <w:lang w:val="ru-RU"/>
        </w:rPr>
      </w:pPr>
      <w:r w:rsidRPr="00895673">
        <w:rPr>
          <w:rFonts w:ascii="Times New Roman" w:eastAsia="Times New Roman" w:hAnsi="Times New Roman"/>
          <w:color w:val="000000"/>
          <w:sz w:val="24"/>
          <w:lang w:val="ru-RU"/>
        </w:rPr>
        <w:t>для 1 класса начального общего образования</w:t>
      </w:r>
    </w:p>
    <w:p w:rsidR="00AC0714" w:rsidRPr="00895673" w:rsidRDefault="0001568D">
      <w:pPr>
        <w:autoSpaceDE w:val="0"/>
        <w:autoSpaceDN w:val="0"/>
        <w:spacing w:before="70" w:after="0" w:line="230" w:lineRule="auto"/>
        <w:ind w:right="3614"/>
        <w:jc w:val="right"/>
        <w:rPr>
          <w:lang w:val="ru-RU"/>
        </w:rPr>
      </w:pPr>
      <w:r w:rsidRPr="00895673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AC0714" w:rsidRPr="0001568D" w:rsidRDefault="0001568D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Кособродова</w:t>
      </w:r>
      <w:proofErr w:type="spell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Марина Ивановна</w:t>
      </w:r>
    </w:p>
    <w:p w:rsidR="00AC0714" w:rsidRDefault="0001568D" w:rsidP="0001568D">
      <w:pPr>
        <w:autoSpaceDE w:val="0"/>
        <w:autoSpaceDN w:val="0"/>
        <w:spacing w:before="70" w:after="0" w:line="230" w:lineRule="auto"/>
        <w:ind w:right="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01568D" w:rsidRDefault="0001568D" w:rsidP="0001568D">
      <w:pPr>
        <w:autoSpaceDE w:val="0"/>
        <w:autoSpaceDN w:val="0"/>
        <w:spacing w:before="70" w:after="0" w:line="230" w:lineRule="auto"/>
        <w:ind w:right="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1568D" w:rsidRDefault="0001568D" w:rsidP="0001568D">
      <w:pPr>
        <w:autoSpaceDE w:val="0"/>
        <w:autoSpaceDN w:val="0"/>
        <w:spacing w:before="70" w:after="0" w:line="230" w:lineRule="auto"/>
        <w:ind w:right="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1568D" w:rsidRDefault="0001568D" w:rsidP="0001568D">
      <w:pPr>
        <w:autoSpaceDE w:val="0"/>
        <w:autoSpaceDN w:val="0"/>
        <w:spacing w:before="70" w:after="0" w:line="230" w:lineRule="auto"/>
        <w:ind w:right="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1568D" w:rsidRDefault="0001568D" w:rsidP="0001568D">
      <w:pPr>
        <w:autoSpaceDE w:val="0"/>
        <w:autoSpaceDN w:val="0"/>
        <w:spacing w:before="70" w:after="0" w:line="230" w:lineRule="auto"/>
        <w:ind w:right="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24616" w:rsidRDefault="00024616" w:rsidP="0001568D">
      <w:pPr>
        <w:autoSpaceDE w:val="0"/>
        <w:autoSpaceDN w:val="0"/>
        <w:spacing w:before="70" w:after="0" w:line="230" w:lineRule="auto"/>
        <w:ind w:right="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24616" w:rsidRDefault="00024616" w:rsidP="0001568D">
      <w:pPr>
        <w:autoSpaceDE w:val="0"/>
        <w:autoSpaceDN w:val="0"/>
        <w:spacing w:before="70" w:after="0" w:line="230" w:lineRule="auto"/>
        <w:ind w:right="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24616" w:rsidRDefault="00024616" w:rsidP="0001568D">
      <w:pPr>
        <w:autoSpaceDE w:val="0"/>
        <w:autoSpaceDN w:val="0"/>
        <w:spacing w:before="70" w:after="0" w:line="230" w:lineRule="auto"/>
        <w:ind w:right="2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20F9D" w:rsidRDefault="00420F9D" w:rsidP="00420F9D">
      <w:pPr>
        <w:autoSpaceDE w:val="0"/>
        <w:autoSpaceDN w:val="0"/>
        <w:spacing w:after="0" w:line="230" w:lineRule="auto"/>
        <w:ind w:right="347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</w:t>
      </w:r>
      <w:r w:rsidR="0001568D" w:rsidRPr="0001568D">
        <w:rPr>
          <w:rFonts w:ascii="Times New Roman" w:eastAsia="Times New Roman" w:hAnsi="Times New Roman"/>
          <w:color w:val="000000"/>
          <w:sz w:val="24"/>
          <w:lang w:val="ru-RU"/>
        </w:rPr>
        <w:t>Екатеринбург 2022</w:t>
      </w:r>
    </w:p>
    <w:p w:rsidR="00420F9D" w:rsidRDefault="00420F9D">
      <w:pPr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br w:type="page"/>
      </w:r>
    </w:p>
    <w:p w:rsidR="0001568D" w:rsidRPr="0001568D" w:rsidRDefault="0001568D" w:rsidP="00420F9D">
      <w:pPr>
        <w:autoSpaceDE w:val="0"/>
        <w:autoSpaceDN w:val="0"/>
        <w:spacing w:after="0" w:line="230" w:lineRule="auto"/>
        <w:ind w:right="3474"/>
        <w:jc w:val="center"/>
        <w:rPr>
          <w:lang w:val="ru-RU"/>
        </w:rPr>
      </w:pPr>
    </w:p>
    <w:p w:rsidR="00AC0714" w:rsidRDefault="0001568D" w:rsidP="0001568D">
      <w:pPr>
        <w:autoSpaceDE w:val="0"/>
        <w:autoSpaceDN w:val="0"/>
        <w:spacing w:before="70" w:after="0" w:line="230" w:lineRule="auto"/>
        <w:ind w:right="24"/>
        <w:rPr>
          <w:lang w:val="ru-RU"/>
        </w:rPr>
      </w:pPr>
      <w:r>
        <w:rPr>
          <w:lang w:val="ru-RU"/>
        </w:rPr>
        <w:t xml:space="preserve"> </w:t>
      </w:r>
    </w:p>
    <w:p w:rsidR="00AC0714" w:rsidRPr="0001568D" w:rsidRDefault="0001568D">
      <w:pPr>
        <w:autoSpaceDE w:val="0"/>
        <w:autoSpaceDN w:val="0"/>
        <w:spacing w:after="0" w:line="230" w:lineRule="auto"/>
        <w:rPr>
          <w:lang w:val="ru-RU"/>
        </w:rPr>
      </w:pP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AC0714" w:rsidRPr="0001568D" w:rsidRDefault="0001568D">
      <w:pPr>
        <w:autoSpaceDE w:val="0"/>
        <w:autoSpaceDN w:val="0"/>
        <w:spacing w:before="346" w:after="0" w:line="271" w:lineRule="auto"/>
        <w:ind w:right="432" w:firstLine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AC0714" w:rsidRPr="0001568D" w:rsidRDefault="0001568D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AC0714" w:rsidRPr="0001568D" w:rsidRDefault="0001568D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AC0714" w:rsidRPr="0001568D" w:rsidRDefault="0001568D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времени и инновационными установками отечественного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образования, обозначенными во ФГОС НОО, данная программа обеспечивает реализацию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обновлённой концептуальной идеи учебного предмета «Технология». Её особенность состоит в формирован</w:t>
      </w:r>
      <w:proofErr w:type="gram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ии у о</w:t>
      </w:r>
      <w:proofErr w:type="gram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AC0714" w:rsidRPr="0001568D" w:rsidRDefault="0001568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Математика </w:t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>Изобразительное искусство</w:t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средств художественной выразительности, законов и правил декоративно-прикладного искусства и дизайна.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>Окружающий мир</w:t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язык</w:t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AC0714" w:rsidRPr="0001568D" w:rsidRDefault="0001568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>Литературное чтени</w:t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е — работа с текстами для создания образа, реализуемого в изделии.</w:t>
      </w:r>
    </w:p>
    <w:p w:rsidR="00AC0714" w:rsidRPr="0001568D" w:rsidRDefault="00AC0714">
      <w:pPr>
        <w:rPr>
          <w:lang w:val="ru-RU"/>
        </w:rPr>
        <w:sectPr w:rsidR="00AC0714" w:rsidRPr="0001568D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0714" w:rsidRPr="0001568D" w:rsidRDefault="00AC0714">
      <w:pPr>
        <w:autoSpaceDE w:val="0"/>
        <w:autoSpaceDN w:val="0"/>
        <w:spacing w:after="78" w:line="220" w:lineRule="exact"/>
        <w:rPr>
          <w:lang w:val="ru-RU"/>
        </w:rPr>
      </w:pPr>
    </w:p>
    <w:p w:rsidR="00AC0714" w:rsidRPr="0001568D" w:rsidRDefault="0001568D">
      <w:pPr>
        <w:autoSpaceDE w:val="0"/>
        <w:autoSpaceDN w:val="0"/>
        <w:spacing w:after="0" w:line="271" w:lineRule="auto"/>
        <w:ind w:right="720" w:firstLine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AC0714" w:rsidRPr="0001568D" w:rsidRDefault="0001568D">
      <w:pPr>
        <w:autoSpaceDE w:val="0"/>
        <w:autoSpaceDN w:val="0"/>
        <w:spacing w:before="70" w:after="0"/>
        <w:ind w:firstLine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материальной культуры и семейных традиций своего и других народов и уважительного отношения к ним.</w:t>
      </w:r>
    </w:p>
    <w:p w:rsidR="00AC0714" w:rsidRPr="0001568D" w:rsidRDefault="0001568D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AC0714" w:rsidRPr="0001568D" w:rsidRDefault="0001568D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«ТЕХНОЛОГИЯ»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Основной целью </w:t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</w:t>
      </w:r>
      <w:proofErr w:type="gram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Образовательные задачи курса: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основ </w:t>
      </w:r>
      <w:proofErr w:type="spell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чертёжно</w:t>
      </w:r>
      <w:proofErr w:type="spell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-графической грамотности, умения работать с простейшей технологической документацией (рисунок, чертёж, эскиз, схема);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01568D">
        <w:rPr>
          <w:lang w:val="ru-RU"/>
        </w:rPr>
        <w:tab/>
      </w:r>
      <w:proofErr w:type="gramStart"/>
      <w:r w:rsidRPr="000156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Развивающие задачи: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изобретательской деятельности.</w:t>
      </w:r>
      <w:proofErr w:type="gramEnd"/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Воспитательные задачи: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, активности и инициативности;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воспитание интереса и творческого отношения к продуктивной созидательной деятельности,</w:t>
      </w:r>
    </w:p>
    <w:p w:rsidR="00AC0714" w:rsidRPr="0001568D" w:rsidRDefault="00AC0714">
      <w:pPr>
        <w:rPr>
          <w:lang w:val="ru-RU"/>
        </w:rPr>
        <w:sectPr w:rsidR="00AC0714" w:rsidRPr="0001568D">
          <w:pgSz w:w="11900" w:h="16840"/>
          <w:pgMar w:top="298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AC0714" w:rsidRPr="0001568D" w:rsidRDefault="00AC0714">
      <w:pPr>
        <w:autoSpaceDE w:val="0"/>
        <w:autoSpaceDN w:val="0"/>
        <w:spacing w:after="66" w:line="220" w:lineRule="exact"/>
        <w:rPr>
          <w:lang w:val="ru-RU"/>
        </w:rPr>
      </w:pPr>
    </w:p>
    <w:p w:rsidR="00AC0714" w:rsidRPr="0001568D" w:rsidRDefault="0001568D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мотивации успеха и достижений, стремления к творческой самореализации;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1568D" w:rsidRDefault="0001568D" w:rsidP="0001568D">
      <w:pPr>
        <w:autoSpaceDE w:val="0"/>
        <w:autoSpaceDN w:val="0"/>
        <w:spacing w:before="190" w:after="0" w:line="271" w:lineRule="auto"/>
        <w:ind w:firstLine="1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«ТЕХНОЛОГИЯ» В УЧЕБНОМ ПЛАНЕ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Согласно требованиям ФГОС общее число часов на изучение курса «Технология» в 1 классе — 33 часа (по 1 часу в неделю)</w:t>
      </w:r>
    </w:p>
    <w:p w:rsidR="00420F9D" w:rsidRDefault="00420F9D">
      <w:pPr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br w:type="page"/>
      </w:r>
    </w:p>
    <w:p w:rsidR="0001568D" w:rsidRPr="0001568D" w:rsidRDefault="0001568D" w:rsidP="0001568D">
      <w:pPr>
        <w:autoSpaceDE w:val="0"/>
        <w:autoSpaceDN w:val="0"/>
        <w:spacing w:before="190" w:after="0" w:line="271" w:lineRule="auto"/>
        <w:ind w:firstLine="18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AC0714" w:rsidRPr="0001568D" w:rsidRDefault="0001568D">
      <w:pPr>
        <w:autoSpaceDE w:val="0"/>
        <w:autoSpaceDN w:val="0"/>
        <w:spacing w:after="0" w:line="230" w:lineRule="auto"/>
        <w:rPr>
          <w:lang w:val="ru-RU"/>
        </w:rPr>
      </w:pP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AC0714" w:rsidRPr="0001568D" w:rsidRDefault="0001568D">
      <w:pPr>
        <w:autoSpaceDE w:val="0"/>
        <w:autoSpaceDN w:val="0"/>
        <w:spacing w:before="346" w:after="0" w:line="262" w:lineRule="auto"/>
        <w:ind w:left="180" w:right="3600"/>
        <w:rPr>
          <w:lang w:val="ru-RU"/>
        </w:rPr>
      </w:pP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Технологии, профессии и производства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Природа как источник сырьевых ресурсов и творчества мастеров.</w:t>
      </w:r>
    </w:p>
    <w:p w:rsidR="00AC0714" w:rsidRPr="0001568D" w:rsidRDefault="0001568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Красота и разнообразие природных форм, их передача в изделиях из различных материалов.</w:t>
      </w:r>
    </w:p>
    <w:p w:rsidR="00AC0714" w:rsidRPr="0001568D" w:rsidRDefault="0001568D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72" w:after="0" w:line="262" w:lineRule="auto"/>
        <w:ind w:right="1440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Профессии родных и знакомых. Профессии, связанные с </w:t>
      </w:r>
      <w:proofErr w:type="spell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из</w:t>
      </w:r>
      <w:proofErr w:type="gram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spell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чаемыми материалами и производствами. Профессии сферы обслуживания.</w:t>
      </w:r>
    </w:p>
    <w:p w:rsidR="00AC0714" w:rsidRPr="0001568D" w:rsidRDefault="0001568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Традиции и праздники народов России, ремёсла, обычаи.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Технологии ручной обработки материалов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C0714" w:rsidRPr="0001568D" w:rsidRDefault="0001568D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AC0714" w:rsidRPr="0001568D" w:rsidRDefault="0001568D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AC0714" w:rsidRPr="0001568D" w:rsidRDefault="0001568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Инструменты и приспособления (ножницы, линейка, игла, гладилка, стека, шаблон и др.), их правильное, рациональное и безопасное использование.</w:t>
      </w:r>
      <w:proofErr w:type="gramEnd"/>
    </w:p>
    <w:p w:rsidR="00AC0714" w:rsidRPr="0001568D" w:rsidRDefault="0001568D">
      <w:pPr>
        <w:autoSpaceDE w:val="0"/>
        <w:autoSpaceDN w:val="0"/>
        <w:spacing w:before="70" w:after="0" w:line="274" w:lineRule="auto"/>
        <w:ind w:firstLine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AC0714" w:rsidRPr="0001568D" w:rsidRDefault="0001568D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сминание</w:t>
      </w:r>
      <w:proofErr w:type="spell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, обрывание, склеивание и др. Резание бумаги ножницами. Правила безопасной работы, передачи и хранения ножниц. Картон.</w:t>
      </w:r>
    </w:p>
    <w:p w:rsidR="00AC0714" w:rsidRPr="0001568D" w:rsidRDefault="0001568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gram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Виды природных материалов (плоские — листья и объёмные — орехи, шишки, семена, ветки).</w:t>
      </w:r>
      <w:proofErr w:type="gramEnd"/>
    </w:p>
    <w:p w:rsidR="00AC0714" w:rsidRPr="0001568D" w:rsidRDefault="0001568D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C0714" w:rsidRPr="0001568D" w:rsidRDefault="0001568D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AC0714" w:rsidRPr="0001568D" w:rsidRDefault="0001568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Использование дополнительных отделочных материалов.</w:t>
      </w:r>
    </w:p>
    <w:p w:rsidR="00AC0714" w:rsidRPr="0001568D" w:rsidRDefault="0001568D" w:rsidP="0001568D">
      <w:pPr>
        <w:autoSpaceDE w:val="0"/>
        <w:autoSpaceDN w:val="0"/>
        <w:spacing w:before="190" w:after="0" w:line="262" w:lineRule="auto"/>
        <w:ind w:left="180" w:right="288"/>
        <w:rPr>
          <w:lang w:val="ru-RU"/>
        </w:rPr>
      </w:pP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3. Конструирование и </w:t>
      </w:r>
      <w:proofErr w:type="gramStart"/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>моделирование</w:t>
      </w:r>
      <w:proofErr w:type="gramEnd"/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Простые и объёмные конструкции из разных материалов (пластические массы, бумага, текстиль </w:t>
      </w:r>
      <w:proofErr w:type="spell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ир</w:t>
      </w:r>
      <w:proofErr w:type="spell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и результата. Элементарное прогнозирование порядка действий в зависимости от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желаемого/необходимого результата; выбор способа работы в зависимости от требуемого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результата/замысла.</w:t>
      </w:r>
    </w:p>
    <w:p w:rsidR="00AC0714" w:rsidRPr="0001568D" w:rsidRDefault="0001568D">
      <w:pPr>
        <w:autoSpaceDE w:val="0"/>
        <w:autoSpaceDN w:val="0"/>
        <w:spacing w:before="190" w:after="0" w:line="271" w:lineRule="auto"/>
        <w:ind w:left="180" w:right="2304"/>
        <w:rPr>
          <w:lang w:val="ru-RU"/>
        </w:rPr>
      </w:pP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Информационно-коммуникативные технологии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Демонстрация учителем готовых материалов на информационных носителях. Информация. Виды информации.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192" w:after="0" w:line="283" w:lineRule="auto"/>
        <w:ind w:right="720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УУД: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 (в пределах изученного);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использовать предложенную инструкцию (устную, графическую);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информацию (представленную в объяснении учителя или в учебнике), использовать её в работе;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УУД: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r w:rsidRPr="0001568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егулятивные УУД: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и удерживать в процессе деятельности предложенную учебную задачу;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принимать критерии оценки качества работы, руководствоваться ими в процессе анализа и оценки выполненных работ;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действия контроля и оценки по предложенным критериям.</w:t>
      </w:r>
    </w:p>
    <w:p w:rsidR="00AC0714" w:rsidRDefault="0001568D" w:rsidP="0001568D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rFonts w:ascii="Times New Roman" w:eastAsia="Times New Roman" w:hAnsi="Times New Roman"/>
          <w:color w:val="000000"/>
          <w:sz w:val="24"/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положительное отношение к включению в совместную работу, к простым видам сотрудничества;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01568D" w:rsidRPr="0001568D" w:rsidRDefault="0001568D" w:rsidP="0001568D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</w:p>
    <w:p w:rsidR="00AC0714" w:rsidRPr="0001568D" w:rsidRDefault="0001568D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ПЛАНИРУЕМЫЕ РЕЗУЛЬТАТЫ ОСВОЕНИЯ УЧЕБНОГО ПРЕДМЕТА «ТЕХНОЛОГИЯ</w:t>
      </w:r>
      <w:proofErr w:type="gramStart"/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>»Н</w:t>
      </w:r>
      <w:proofErr w:type="gramEnd"/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 УРОВНЕ НАЧАЛЬНОГО ОБЩЕГО ОБРАЗОВАНИЯ 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346" w:after="0" w:line="290" w:lineRule="auto"/>
        <w:rPr>
          <w:lang w:val="ru-RU"/>
        </w:rPr>
      </w:pPr>
      <w:r w:rsidRPr="0001568D">
        <w:rPr>
          <w:lang w:val="ru-RU"/>
        </w:rPr>
        <w:tab/>
      </w:r>
      <w:proofErr w:type="gramStart"/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ОБУЧАЮЩЕГОСЯ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роли человека и используемых им технологий в сохранении гармонического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сосуществования рукотворного мира с миром природы;</w:t>
      </w:r>
      <w:proofErr w:type="gram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сохранению окружающей среды;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природных объектов, образцов мировой и отечественной художественной культуры;</w:t>
      </w:r>
      <w:proofErr w:type="gram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proofErr w:type="gram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: организованность, аккуратность, трудолюбие, ответственность, умение справляться с доступными проблемами; </w:t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общения;</w:t>
      </w:r>
      <w:proofErr w:type="gram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проявление толерантности и доброжелательности.</w:t>
      </w:r>
    </w:p>
    <w:p w:rsidR="00AC0714" w:rsidRPr="0001568D" w:rsidRDefault="0001568D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proofErr w:type="gramStart"/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ОБУЧАЮЩЕГОСЯ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01568D">
        <w:rPr>
          <w:lang w:val="ru-RU"/>
        </w:rPr>
        <w:tab/>
      </w:r>
      <w:proofErr w:type="gramStart"/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УУД: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анализ объектов и изделий с выделением существенных и несущественных признаков;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группы объектов/изделий, выделять в них общее и различия;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  <w:proofErr w:type="gram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C0714" w:rsidRPr="0001568D" w:rsidRDefault="0001568D" w:rsidP="0001568D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Работа с информацией: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использовать знаково-символические средства представления информации для </w:t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решения задач в умственной и материализованной форме; выполнять действия моделирования,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моделями;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01568D">
        <w:rPr>
          <w:lang w:val="ru-RU"/>
        </w:rPr>
        <w:tab/>
      </w:r>
      <w:proofErr w:type="gramStart"/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УУД: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  <w:proofErr w:type="gram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01568D">
        <w:rPr>
          <w:lang w:val="ru-RU"/>
        </w:rPr>
        <w:tab/>
      </w:r>
      <w:proofErr w:type="gramStart"/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УУД: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безопасности труда при выполнении работы;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работу, соотносить свои действия с поставленной целью;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выполнять действия контроля и оценки;</w:t>
      </w:r>
      <w:proofErr w:type="gram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вносить необходимые коррективы в действие после его завершения на основе его оценки и учёта характера сделанных ошибок;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</w:t>
      </w:r>
      <w:proofErr w:type="gram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волевую</w:t>
      </w:r>
      <w:proofErr w:type="gram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работы.</w:t>
      </w:r>
    </w:p>
    <w:p w:rsidR="00AC0714" w:rsidRPr="0001568D" w:rsidRDefault="0001568D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Совместная деятельность: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AC0714" w:rsidRPr="0001568D" w:rsidRDefault="0001568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 ОСВОЕНИЯ КУРСА «ТЕХНОЛОГИЯ»</w:t>
      </w:r>
    </w:p>
    <w:p w:rsidR="00AC0714" w:rsidRPr="0001568D" w:rsidRDefault="0001568D" w:rsidP="0001568D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01568D">
        <w:rPr>
          <w:lang w:val="ru-RU"/>
        </w:rPr>
        <w:tab/>
      </w:r>
      <w:proofErr w:type="gram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0156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 первом классе </w:t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обучающийся научится: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организовывать свой труд: своевременно подготавливать и убирать рабочее место, поддерживать порядок на нём в процессе труда;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правила безопасной работы ножницами, иглой и аккуратной работы с клеем; </w:t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по предложенному образцу в соответствии с правилами рациональной разметки </w:t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(разметка на изнаночной стороне материала;</w:t>
      </w:r>
      <w:proofErr w:type="gram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экономия материала при разметке);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</w:t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определять наименования отдельных материалов (бумага, картон, фольга, пластилин, природные,</w:t>
      </w:r>
      <w:proofErr w:type="gramEnd"/>
    </w:p>
    <w:p w:rsidR="00AC0714" w:rsidRPr="0001568D" w:rsidRDefault="0001568D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текстильные материалы и пр.) и способы их обработки (сгибание, отрывание, </w:t>
      </w:r>
      <w:proofErr w:type="spell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сминание</w:t>
      </w:r>
      <w:proofErr w:type="spell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, резание, лепка и пр.); выполнять доступные технологические приёмы ручной обработки материалов при изготовлении изделий;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наименованиях основных технологических операций: разметка деталей, выделение деталей, сборка изделия;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разметку деталей сгибанием, по шаблону, на глаз, от руки; </w:t>
      </w:r>
      <w:proofErr w:type="gram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выделение деталей способами обрывания, вырезания и др.; сборку изделий с помощью клея, ниток и др.;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оформлять изделия строчкой прямого стежка;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понимать смысл понятий «изделие», «деталь изделия», «образец», «заготовка», «материал»,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«инструмент», «приспособление», «конструирование», «аппликация»;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задания с опорой на готовый план;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обслуживать себя во время работы: соблюдать порядок на рабочем месте, ухаживать за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инструментами и правильно хранить их;</w:t>
      </w:r>
      <w:proofErr w:type="gram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гигиены труда;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рассматривать и анализировать простые по конструкции образцы (по вопросам учителя);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 </w:t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  <w:proofErr w:type="gram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proofErr w:type="gram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ручные инструменты (ножницы, игла, линейка) и приспособления (шаблон, стека, булавки и др.), безопасно хранить и работать ими;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материалы и инструменты по их назначению;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  <w:proofErr w:type="gram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</w:t>
      </w:r>
      <w:r w:rsidRPr="0001568D">
        <w:rPr>
          <w:lang w:val="ru-RU"/>
        </w:rPr>
        <w:br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инструменту без откладывания размеров); точно резать ножницами по линиям разметки; </w:t>
      </w:r>
      <w:proofErr w:type="gram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придавать форму деталям и изделию сгибанием, складыванием, вытягиванием, отрыванием, </w:t>
      </w:r>
      <w:proofErr w:type="spellStart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сминанием</w:t>
      </w:r>
      <w:proofErr w:type="spell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для сушки плоских изделий пресс;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  <w:proofErr w:type="gramEnd"/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разборные и неразборные конструкции несложных изделий;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рисунку;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элементарное сотрудничество, участвовать в коллективных работах под руководством учителя; </w:t>
      </w:r>
      <w:r w:rsidRPr="0001568D">
        <w:rPr>
          <w:lang w:val="ru-RU"/>
        </w:rPr>
        <w:br/>
      </w:r>
      <w:r w:rsidRPr="0001568D">
        <w:rPr>
          <w:lang w:val="ru-RU"/>
        </w:rPr>
        <w:tab/>
      </w:r>
      <w:r w:rsidRPr="0001568D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коллективные работы проектного характера.</w:t>
      </w:r>
    </w:p>
    <w:p w:rsidR="00AC0714" w:rsidRPr="0001568D" w:rsidRDefault="00AC0714">
      <w:pPr>
        <w:rPr>
          <w:lang w:val="ru-RU"/>
        </w:rPr>
        <w:sectPr w:rsidR="00AC0714" w:rsidRPr="0001568D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AC0714" w:rsidRPr="0001568D" w:rsidRDefault="00AC0714">
      <w:pPr>
        <w:autoSpaceDE w:val="0"/>
        <w:autoSpaceDN w:val="0"/>
        <w:spacing w:after="64" w:line="220" w:lineRule="exact"/>
        <w:rPr>
          <w:lang w:val="ru-RU"/>
        </w:rPr>
      </w:pPr>
    </w:p>
    <w:p w:rsidR="00AC0714" w:rsidRDefault="0001568D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362"/>
        <w:gridCol w:w="528"/>
        <w:gridCol w:w="744"/>
        <w:gridCol w:w="709"/>
        <w:gridCol w:w="709"/>
        <w:gridCol w:w="3118"/>
        <w:gridCol w:w="1080"/>
        <w:gridCol w:w="54"/>
        <w:gridCol w:w="1843"/>
        <w:gridCol w:w="2126"/>
      </w:tblGrid>
      <w:tr w:rsidR="0001568D" w:rsidRPr="00872DCA" w:rsidTr="00A334F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568D" w:rsidRPr="002C689B" w:rsidRDefault="0001568D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№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п/п</w:t>
            </w:r>
          </w:p>
        </w:tc>
        <w:tc>
          <w:tcPr>
            <w:tcW w:w="3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568D" w:rsidRPr="002C689B" w:rsidRDefault="0001568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568D" w:rsidRPr="002C689B" w:rsidRDefault="0001568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Количество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568D" w:rsidRPr="002C689B" w:rsidRDefault="0001568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Дата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изучения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568D" w:rsidRPr="002C689B" w:rsidRDefault="0001568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568D" w:rsidRPr="002C689B" w:rsidRDefault="0001568D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Виды,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формы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контроля</w:t>
            </w:r>
          </w:p>
        </w:tc>
        <w:tc>
          <w:tcPr>
            <w:tcW w:w="18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568D" w:rsidRPr="002C689B" w:rsidRDefault="0001568D">
            <w:pPr>
              <w:autoSpaceDE w:val="0"/>
              <w:autoSpaceDN w:val="0"/>
              <w:spacing w:before="78" w:after="0" w:line="250" w:lineRule="auto"/>
              <w:ind w:left="72" w:right="576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Электронные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(цифровые)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образовательные ресурсы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68D" w:rsidRPr="002C689B" w:rsidRDefault="00420F9D">
            <w:pPr>
              <w:autoSpaceDE w:val="0"/>
              <w:autoSpaceDN w:val="0"/>
              <w:spacing w:before="78" w:after="0" w:line="250" w:lineRule="auto"/>
              <w:ind w:left="72" w:right="576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01568D" w:rsidRPr="002C689B" w:rsidTr="00A334F7">
        <w:trPr>
          <w:trHeight w:hRule="exact" w:val="902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8D" w:rsidRPr="002C689B" w:rsidRDefault="0001568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8D" w:rsidRPr="002C689B" w:rsidRDefault="0001568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568D" w:rsidRPr="002C689B" w:rsidRDefault="0001568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568D" w:rsidRPr="002C689B" w:rsidRDefault="0001568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контрольные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568D" w:rsidRPr="002C689B" w:rsidRDefault="0001568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практические работы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8D" w:rsidRPr="002C689B" w:rsidRDefault="000156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8D" w:rsidRPr="002C689B" w:rsidRDefault="000156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8D" w:rsidRPr="002C689B" w:rsidRDefault="000156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8D" w:rsidRPr="002C689B" w:rsidRDefault="000156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68D" w:rsidRPr="002C689B" w:rsidRDefault="000156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68D" w:rsidRPr="00872DCA" w:rsidTr="00A334F7">
        <w:trPr>
          <w:trHeight w:hRule="exact" w:val="348"/>
        </w:trPr>
        <w:tc>
          <w:tcPr>
            <w:tcW w:w="126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568D" w:rsidRPr="002C689B" w:rsidRDefault="0001568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Модуль 1. ТЕХНОЛОГИИ, ПРОФЕССИИ И ПРОИЗВОДСТВА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1568D" w:rsidRPr="002C689B" w:rsidRDefault="0001568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</w:pPr>
          </w:p>
        </w:tc>
      </w:tr>
      <w:tr w:rsidR="00D83045" w:rsidRPr="00872DCA" w:rsidTr="00872DCA">
        <w:trPr>
          <w:trHeight w:hRule="exact" w:val="128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1.1.</w:t>
            </w:r>
          </w:p>
        </w:tc>
        <w:tc>
          <w:tcPr>
            <w:tcW w:w="33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Природа как источник сырьевых ресурсов и творчества мастеров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6" w:after="0" w:line="252" w:lineRule="auto"/>
              <w:ind w:left="72" w:right="57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изучать правила безопасности при работе инструментами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 приспособлениями;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изучать возможности использования изучаемых инструментов и приспособлений людьми разных профессий;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подготавливать рабочее место в зависимости от вида работы.</w:t>
            </w:r>
          </w:p>
          <w:p w:rsidR="00D83045" w:rsidRPr="002C689B" w:rsidRDefault="00D83045">
            <w:pPr>
              <w:autoSpaceDE w:val="0"/>
              <w:autoSpaceDN w:val="0"/>
              <w:spacing w:before="18" w:after="0" w:line="257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Рационально размещать на рабочем месте материалы и инструменты; поддерживать порядок во время работы; убирать рабочее место по окончании работы под руководством учителя;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lastRenderedPageBreak/>
              <w:t xml:space="preserve">изучать важность подготовки, организации, уборки рабочего места, поддержания порядка людьми разных профессий;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формировать общее понятие об изучаемых материалах, их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происхождение, разнообразие и основные свойства, понимать отличие материалов от инструментов и приспособлений;</w:t>
            </w:r>
            <w:proofErr w:type="gram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рассматривать возможности использования, применения изучаемых материалов при изготовлении изделий, предметов быта и др. людьми разных профессий;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понимать особенности технологии изготовления изделий, выделять детали изделия, основу, определять способ изготовления под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руководством учителя;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gram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определять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знакомиться с профессиями, связанными с изучаемыми материалами и производствами;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приводить примеры традиций и праздников народов России, ремёсел, обычаев и производств, связанных с изучаемыми материалами и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производствами;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0F9D" w:rsidRPr="002C689B" w:rsidRDefault="00D83045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Единое содержание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общего образования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hyperlink r:id="rId7" w:history="1"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edsoo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2C689B" w:rsidRPr="002C689B" w:rsidRDefault="002C689B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420F9D" w:rsidRPr="002C689B" w:rsidRDefault="00D83045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Министерство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просвещения Российской Федерации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hyperlink r:id="rId8" w:history="1"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edu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gov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420F9D" w:rsidRPr="002C689B" w:rsidRDefault="00D83045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ФИПИ 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fipi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hyperlink r:id="rId9" w:history="1"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biblioschool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</w:p>
          <w:p w:rsidR="002C689B" w:rsidRPr="002C689B" w:rsidRDefault="00D83045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Издательство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"Просвещение". УМК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lastRenderedPageBreak/>
              <w:t xml:space="preserve">"Школа России"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hyperlink r:id="rId10" w:history="1"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prosv</w:t>
              </w:r>
              <w:proofErr w:type="spellEnd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  <w:proofErr w:type="spellStart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umk</w:t>
              </w:r>
              <w:proofErr w:type="spellEnd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s</w:t>
              </w:r>
            </w:hyperlink>
          </w:p>
          <w:p w:rsidR="002C689B" w:rsidRPr="002C689B" w:rsidRDefault="002C689B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2C689B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D83045" w:rsidRPr="002C689B" w:rsidRDefault="00D83045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chool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-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russia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html</w:t>
            </w:r>
            <w:proofErr w:type="gram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Издательство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"Просвещение".</w:t>
            </w:r>
          </w:p>
          <w:p w:rsidR="002C689B" w:rsidRPr="002C689B" w:rsidRDefault="00D83045">
            <w:pPr>
              <w:autoSpaceDE w:val="0"/>
              <w:autoSpaceDN w:val="0"/>
              <w:spacing w:before="20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Начальная школа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hyperlink r:id="rId11" w:history="1"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</w:t>
              </w:r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://1-4-</w:t>
              </w:r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old</w:t>
              </w:r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prosv</w:t>
              </w:r>
              <w:proofErr w:type="spellEnd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2C689B" w:rsidRPr="002C689B" w:rsidRDefault="00D83045">
            <w:pPr>
              <w:autoSpaceDE w:val="0"/>
              <w:autoSpaceDN w:val="0"/>
              <w:spacing w:before="20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  <w:p w:rsidR="002C689B" w:rsidRPr="002C689B" w:rsidRDefault="002C689B">
            <w:pPr>
              <w:autoSpaceDE w:val="0"/>
              <w:autoSpaceDN w:val="0"/>
              <w:spacing w:before="20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D83045">
            <w:pPr>
              <w:autoSpaceDE w:val="0"/>
              <w:autoSpaceDN w:val="0"/>
              <w:spacing w:before="20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  <w:hyperlink r:id="rId12" w:history="1"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interneturok</w:t>
              </w:r>
              <w:proofErr w:type="spellEnd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2C689B" w:rsidRPr="002C689B" w:rsidRDefault="00D83045">
            <w:pPr>
              <w:autoSpaceDE w:val="0"/>
              <w:autoSpaceDN w:val="0"/>
              <w:spacing w:before="20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  <w:p w:rsidR="002C689B" w:rsidRPr="002C689B" w:rsidRDefault="002C689B">
            <w:pPr>
              <w:autoSpaceDE w:val="0"/>
              <w:autoSpaceDN w:val="0"/>
              <w:spacing w:before="20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2C689B">
            <w:pPr>
              <w:autoSpaceDE w:val="0"/>
              <w:autoSpaceDN w:val="0"/>
              <w:spacing w:before="20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D83045">
            <w:pPr>
              <w:autoSpaceDE w:val="0"/>
              <w:autoSpaceDN w:val="0"/>
              <w:spacing w:before="20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Российская Электронная Школа </w:t>
            </w:r>
            <w:hyperlink r:id="rId13" w:history="1"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resh</w:t>
              </w:r>
              <w:proofErr w:type="spellEnd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edu</w:t>
              </w:r>
              <w:proofErr w:type="spellEnd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2C689B" w:rsidRPr="002C689B" w:rsidRDefault="00D83045">
            <w:pPr>
              <w:autoSpaceDE w:val="0"/>
              <w:autoSpaceDN w:val="0"/>
              <w:spacing w:before="20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</w:p>
          <w:p w:rsidR="002C689B" w:rsidRPr="002C689B" w:rsidRDefault="002C689B">
            <w:pPr>
              <w:autoSpaceDE w:val="0"/>
              <w:autoSpaceDN w:val="0"/>
              <w:spacing w:before="20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2C689B">
            <w:pPr>
              <w:autoSpaceDE w:val="0"/>
              <w:autoSpaceDN w:val="0"/>
              <w:spacing w:before="20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D83045" w:rsidRPr="002C689B" w:rsidRDefault="00D83045">
            <w:pPr>
              <w:autoSpaceDE w:val="0"/>
              <w:autoSpaceDN w:val="0"/>
              <w:spacing w:before="20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Дистанционное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образование для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школьников </w:t>
            </w:r>
            <w:hyperlink r:id="rId14" w:history="1"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uchi</w:t>
              </w:r>
              <w:proofErr w:type="spellEnd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2C689B" w:rsidRPr="002C689B" w:rsidRDefault="002C689B">
            <w:pPr>
              <w:autoSpaceDE w:val="0"/>
              <w:autoSpaceDN w:val="0"/>
              <w:spacing w:before="20" w:after="0" w:line="254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4" w:space="0" w:color="000000"/>
            </w:tcBorders>
          </w:tcPr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lastRenderedPageBreak/>
              <w:t>Создание атмосферы доверия к учителю, интереса к предмету: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неформальное общение учителя и ученика вне урока;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использование на уроках знакомых детям актуальных примеров из книг, мультфильмов, игр;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использование потенциала юмора;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обращение к личному опыту учеников;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внимание к интересам, 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lastRenderedPageBreak/>
              <w:t>увлечениям, позитивным особенностям, успехам учеников;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проявление участия, заботы к ученику;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создание фантазийных миров и воображаемых ситуаций на уроке;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создание привлекательных традиций класса/кабинета/урока;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признание ошибок учителем;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тщательная подготовка к уроку.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Отбор воспитывающего содержания урока: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включение в урок воспитывающей информации, организация работы с ней, побуждение к обсуждению, высказыванию мнений, формулировке собственного отношения к ней;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привлечение внимания учеников к нравственным проблемам, связанным с материалом урока;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привлечение внимания учеников к проблемам общества;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еженедельное исполнение Гимна РФ (перед началом первого урока) в соответствии с требованиями законодательства.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Использование активных форм организации учебной деятельности на уроке: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интерактивные формы организации деятельности: учебные дискуссии, викторины, ролевые, деловые и настольные игры и т. п.;</w:t>
            </w:r>
          </w:p>
          <w:p w:rsidR="00D83045" w:rsidRPr="002C689B" w:rsidRDefault="00D83045" w:rsidP="0001568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организация исследовательской и проектной деятельности учеников.</w:t>
            </w:r>
          </w:p>
        </w:tc>
      </w:tr>
      <w:tr w:rsidR="00D83045" w:rsidRPr="002C689B" w:rsidTr="00A334F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1.2.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Общее понятие об изучаемых материалах, их происхождении, разнообразии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Устный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опрос;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 работа;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045" w:rsidRPr="002C689B" w:rsidTr="00A334F7">
        <w:trPr>
          <w:trHeight w:hRule="exact" w:val="10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1.3.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Подготовка к работе. Рабочее место, его организация в зависимости от вида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Устный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опрос;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 работа;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045" w:rsidRPr="002C689B" w:rsidTr="00872DCA">
        <w:trPr>
          <w:trHeight w:hRule="exact" w:val="138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1.4.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Профессии родных и знакомых. Профессии, связанные с изучаемыми материалами и производствами.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Профессии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сферы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обслуживания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Устный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опрос;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 работа;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045" w:rsidRPr="002C689B" w:rsidTr="00A334F7">
        <w:trPr>
          <w:trHeight w:hRule="exact" w:val="6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 w:rsidP="00D5350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 w:rsidP="00D53504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045" w:rsidRPr="002C689B" w:rsidRDefault="00D8304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AC0714" w:rsidRPr="00D83045" w:rsidRDefault="00AC0714">
      <w:pPr>
        <w:autoSpaceDE w:val="0"/>
        <w:autoSpaceDN w:val="0"/>
        <w:spacing w:after="0" w:line="14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30"/>
        <w:gridCol w:w="528"/>
        <w:gridCol w:w="10383"/>
      </w:tblGrid>
      <w:tr w:rsidR="00AC0714" w:rsidRPr="002C689B" w:rsidTr="00A334F7">
        <w:trPr>
          <w:trHeight w:hRule="exact" w:val="348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0714" w:rsidRPr="002C689B" w:rsidRDefault="0001568D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Итого</w:t>
            </w:r>
            <w:proofErr w:type="spell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по</w:t>
            </w:r>
            <w:proofErr w:type="spell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0714" w:rsidRPr="002C689B" w:rsidRDefault="0001568D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6</w:t>
            </w:r>
          </w:p>
        </w:tc>
        <w:tc>
          <w:tcPr>
            <w:tcW w:w="10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0714" w:rsidRPr="002C689B" w:rsidRDefault="00AC0714">
            <w:pPr>
              <w:rPr>
                <w:sz w:val="20"/>
                <w:szCs w:val="20"/>
              </w:rPr>
            </w:pPr>
          </w:p>
        </w:tc>
      </w:tr>
      <w:tr w:rsidR="00AC0714" w:rsidRPr="00872DCA" w:rsidTr="00A334F7">
        <w:trPr>
          <w:trHeight w:hRule="exact" w:val="328"/>
        </w:trPr>
        <w:tc>
          <w:tcPr>
            <w:tcW w:w="14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0714" w:rsidRPr="002C689B" w:rsidRDefault="0001568D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Модуль 2. ТЕХНОЛОГИИ РУЧНОЙ ОБРАБОТКИ МАТЕРИАЛОВ</w:t>
            </w:r>
          </w:p>
        </w:tc>
      </w:tr>
    </w:tbl>
    <w:p w:rsidR="00A334F7" w:rsidRDefault="00A334F7">
      <w:pPr>
        <w:autoSpaceDE w:val="0"/>
        <w:autoSpaceDN w:val="0"/>
        <w:spacing w:after="0" w:line="14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362"/>
        <w:gridCol w:w="528"/>
        <w:gridCol w:w="744"/>
        <w:gridCol w:w="709"/>
        <w:gridCol w:w="709"/>
        <w:gridCol w:w="3118"/>
        <w:gridCol w:w="1134"/>
        <w:gridCol w:w="1843"/>
        <w:gridCol w:w="1985"/>
      </w:tblGrid>
      <w:tr w:rsidR="00A334F7" w:rsidRPr="00872DCA" w:rsidTr="00872DCA">
        <w:trPr>
          <w:trHeight w:hRule="exact" w:val="186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2.1.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Бережное, экономное и рациональное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использование обрабатываемых материалов.</w:t>
            </w:r>
          </w:p>
          <w:p w:rsidR="00A334F7" w:rsidRPr="002C689B" w:rsidRDefault="00A334F7">
            <w:pPr>
              <w:autoSpaceDE w:val="0"/>
              <w:autoSpaceDN w:val="0"/>
              <w:spacing w:before="20" w:after="0" w:line="247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Использование конструктивных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особенностей материалов при изготовлении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autoSpaceDE w:val="0"/>
              <w:autoSpaceDN w:val="0"/>
              <w:spacing w:before="78" w:after="0" w:line="257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под руководством учителя организовывать свою деятельность: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подготавливать рабочее место для работы с бумагой и картоном,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правильно и рационально размещать инструменты и материалы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в соответствии с индивидуальными особенностями обучающихся,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в процессе выполнения изделия контролировать и при необходимости восстанавливать порядок на рабочем месте; убирать рабочее место; соблюдать технику безопасной работы инструментами и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приспособлениями;</w:t>
            </w:r>
            <w:proofErr w:type="gram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gram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применять правила безопасной и аккуратной работы ножницами, клеем; определять названия и назначение основных инструментов и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приспособлений для ручного труда (линейка, карандаш, ножницы, шаблон и др.), использовать их в практической работе;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под руководством учителя наблюдать, сравнивать, сопоставлять свойства бумаги (состав, цвет, прочность); определять виды бумаги по цвету, толщине, прочности.</w:t>
            </w:r>
            <w:proofErr w:type="gram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Осваивать отдельные приёмы работы с бумагой (сгибание и складывание,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сминание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, обрывание, склеивание, резание бумаги ножницами и др.), правила безопасной работы, правила разметки деталей (экономия материала, аккуратность);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читать простые графические схемы изготовления изделия и выполнять изделие по заданной схеме под руководством учителя;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gram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под руководством учителя анализировать конструкцию изделия,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обсуждать варианты изготовления изделия, выполнять основные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планировать свою деятельность с опорой на предложенный план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в учебнике, рабочей тетради;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выполнять рациональную разметку (разметка на изнаночной стороне материала;</w:t>
            </w:r>
            <w:proofErr w:type="gram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способами; выполнять отделку изделия или его деталей (окрашивание, аппликация и др.);</w:t>
            </w:r>
            <w:proofErr w:type="gram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анализировать декоративно-художественные возможности разных способов обработки бумаги, например, вырезание деталей из бумаги и обрывание пальцами);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в ходе беседы с учителем понимать смысл понятий «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конструирование»</w:t>
            </w:r>
            <w:proofErr w:type="gram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,«</w:t>
            </w:r>
            <w:proofErr w:type="gram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изделие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», «деталь изделия», «образец»;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рассматривать и анализировать простые по конструкции образцы;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анализировать простейшую конструкцию изделия: выделять детали, их форму, определять взаимное расположение, виды соединения;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иметь общее представление о конструкции изделия; детали и части изделия, их взаимное расположение в общей конструкции;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изготавливать изделия с использованием осваиваемых технологий; под руководством учителя собирать плоскостную модель, объяснять способ сборки изделия;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0F9D" w:rsidRPr="002C689B" w:rsidRDefault="00420F9D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420F9D" w:rsidRPr="002C689B" w:rsidRDefault="00420F9D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420F9D" w:rsidRPr="002C689B" w:rsidRDefault="00420F9D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420F9D" w:rsidRPr="002C689B" w:rsidRDefault="00A334F7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Единое содержание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общего образования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hyperlink r:id="rId15" w:history="1"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edsoo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</w:hyperlink>
          </w:p>
          <w:p w:rsidR="00420F9D" w:rsidRPr="002C689B" w:rsidRDefault="00A334F7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lastRenderedPageBreak/>
              <w:t xml:space="preserve">/ </w:t>
            </w:r>
          </w:p>
          <w:p w:rsidR="00420F9D" w:rsidRPr="002C689B" w:rsidRDefault="00420F9D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420F9D" w:rsidRPr="002C689B" w:rsidRDefault="00420F9D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2C689B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C689B" w:rsidRPr="002C689B" w:rsidRDefault="002C689B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20F9D" w:rsidRPr="002C689B" w:rsidRDefault="00A334F7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Министерство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просвещения Российской Федерации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hyperlink r:id="rId16" w:history="1"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edu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gov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420F9D" w:rsidRPr="002C689B" w:rsidRDefault="00420F9D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420F9D" w:rsidRPr="002C689B" w:rsidRDefault="00420F9D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420F9D" w:rsidRPr="002C689B" w:rsidRDefault="00420F9D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2C689B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420F9D" w:rsidRPr="002C689B" w:rsidRDefault="00A334F7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ФИПИ 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fipi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hyperlink r:id="rId17" w:history="1"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biblioschool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</w:hyperlink>
          </w:p>
          <w:p w:rsidR="00420F9D" w:rsidRPr="002C689B" w:rsidRDefault="00A334F7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</w:p>
          <w:p w:rsidR="00420F9D" w:rsidRPr="002C689B" w:rsidRDefault="00420F9D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420F9D" w:rsidRPr="002C689B" w:rsidRDefault="00420F9D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2C689B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2C689B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2C689B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420F9D" w:rsidRPr="002C689B" w:rsidRDefault="00A334F7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Издательство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"Просвещение". УМК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"Школа России"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hyperlink r:id="rId18" w:history="1"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prosv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umk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school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-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russia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html</w:t>
              </w:r>
            </w:hyperlink>
          </w:p>
          <w:p w:rsidR="00A334F7" w:rsidRPr="002C689B" w:rsidRDefault="00A334F7" w:rsidP="00420F9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2C689B">
            <w:pPr>
              <w:autoSpaceDE w:val="0"/>
              <w:autoSpaceDN w:val="0"/>
              <w:spacing w:before="76" w:after="0" w:line="254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420F9D" w:rsidRPr="002C689B" w:rsidRDefault="00420F9D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Издательство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"Просвещение".</w:t>
            </w:r>
          </w:p>
          <w:p w:rsidR="00420F9D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Начальная школа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hyperlink r:id="rId19" w:history="1"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://1-4-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old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prosv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2C689B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</w:p>
          <w:p w:rsidR="002C689B" w:rsidRPr="002C689B" w:rsidRDefault="002C689B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2C689B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420F9D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  <w:hyperlink r:id="rId20" w:history="1"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interneturok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2C689B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</w:p>
          <w:p w:rsidR="002C689B" w:rsidRPr="002C689B" w:rsidRDefault="002C689B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2C689B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2C689B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2C689B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2C689B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420F9D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Российская Электронная Школа </w:t>
            </w:r>
            <w:hyperlink r:id="rId21" w:history="1"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resh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edu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</w:p>
          <w:p w:rsidR="002C689B" w:rsidRPr="002C689B" w:rsidRDefault="002C689B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2C689B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2C689B" w:rsidRPr="002C689B" w:rsidRDefault="002C689B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Дистанционное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образование для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школьников </w:t>
            </w:r>
            <w:hyperlink r:id="rId22" w:history="1">
              <w:r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uchi</w:t>
              </w:r>
              <w:proofErr w:type="spellEnd"/>
              <w:r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</w:hyperlink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420F9D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Единое содержание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общего образования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hyperlink r:id="rId23" w:history="1"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edsoo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420F9D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Министерство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просвещения Российской Федерации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edu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gov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ФИПИ 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fipi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biblioschool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Издательство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"Просвещение". УМК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"Школа России"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prosv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umk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/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school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-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russia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html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Издательство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"Просвещение".</w:t>
            </w:r>
          </w:p>
          <w:p w:rsidR="00A334F7" w:rsidRPr="002C689B" w:rsidRDefault="00A334F7" w:rsidP="00A334F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Начальная школа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://1-4-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old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prosv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interneturok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Российская Электронная Школа 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resh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edu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Дистанционное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образование для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школьников 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uchi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Создание атмосферы доверия к учителю, интереса к предмету: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неформальное общение учителя и ученика вне урока;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использование на уроках знакомых детям актуальных примеров из книг, мультфильмов, игр;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использование потенциала юмора;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обращение к личному опыту учеников;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внимание к 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lastRenderedPageBreak/>
              <w:t>интересам, увлечениям, позитивным особенностям, успехам учеников;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проявление участия, заботы к ученику;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создание фантазийных миров и воображаемых ситуаций на уроке;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создание привлекательных традиций класса/кабинета/урока;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признание ошибок учителем;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тщательная подготовка к уроку.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Отбор воспитывающего содержания урока: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включение в урок воспитывающей информации, организация работы с ней, побуждение к обсуждению, высказыванию мнений, формулировке собственного отношения к ней;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привлечение внимания учеников 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lastRenderedPageBreak/>
              <w:t>к нравственным проблемам, связанным с материалом урока;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привлечение внимания учеников к проблемам общества;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еженедельное исполнение Гимна РФ (перед началом первого урока) в соответствии с требованиями законодательства.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Использование активных форм организации учебной деятельности на уроке: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интерактивные формы организации деятельности: учебные дискуссии, викторины, ролевые, деловые и настольные игры и т. п.;</w:t>
            </w:r>
          </w:p>
          <w:p w:rsidR="00A334F7" w:rsidRPr="002C689B" w:rsidRDefault="00A334F7" w:rsidP="00A334F7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организация исследовательской и проектной деятельности учеников.</w:t>
            </w:r>
          </w:p>
        </w:tc>
      </w:tr>
      <w:tr w:rsidR="00A334F7" w:rsidRPr="002C689B" w:rsidTr="00872DCA">
        <w:trPr>
          <w:trHeight w:hRule="exact" w:val="187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872DCA" w:rsidRDefault="00A334F7" w:rsidP="00872DCA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Основные технологические операции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ручной обработки материалов: разметка деталей, выделение деталей,</w:t>
            </w:r>
            <w:r w:rsidR="00872DC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формообразование деталей, сборка изделия, отделка изделия или его деталей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Устный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опрос;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 работа;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A334F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A334F7" w:rsidRPr="002C689B" w:rsidTr="002C689B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52" w:lineRule="auto"/>
              <w:ind w:left="72" w:right="57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Способы разметки деталей: на глаз и от руки, по шаблону, по линейке (как направляющему инструменту без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откладывания размеров) с опорой на рисунки, графическую инструкцию, простейшую схему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4F7" w:rsidRPr="002C689B" w:rsidTr="002C689B">
        <w:trPr>
          <w:trHeight w:hRule="exact" w:val="142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2.4.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Чтение условных графических изображений (называние операций, способов и приёмов работы, последовательности изготовления изделий)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4F7" w:rsidRPr="002C689B" w:rsidTr="002C689B">
        <w:trPr>
          <w:trHeight w:hRule="exact" w:val="15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2.5.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2C689B" w:rsidP="002C689B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Правила экономной и аккуратной </w:t>
            </w:r>
            <w:r w:rsidR="00A334F7"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разметки.</w:t>
            </w:r>
          </w:p>
          <w:p w:rsidR="00A334F7" w:rsidRPr="002C689B" w:rsidRDefault="00A334F7" w:rsidP="00D53504">
            <w:pPr>
              <w:autoSpaceDE w:val="0"/>
              <w:autoSpaceDN w:val="0"/>
              <w:spacing w:before="18" w:after="0" w:line="245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Рациональная разметка и вырезание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нескольких одинаковых деталей из бумаги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4F7" w:rsidRPr="002C689B" w:rsidTr="002C689B">
        <w:trPr>
          <w:trHeight w:hRule="exact" w:val="141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2.6.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Способы соединения деталей в изделии: с помощью пластилина, клея, скручивание, сшивание и др.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Приёмы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 и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правила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аккуратной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работы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 с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клеем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4F7" w:rsidRPr="002C689B" w:rsidTr="002C689B">
        <w:trPr>
          <w:trHeight w:hRule="exact" w:val="99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2.7.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Отделка изделия или его деталей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(окрашивание, вышивка, аппликация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4F7" w:rsidRPr="002C689B" w:rsidTr="002C689B">
        <w:trPr>
          <w:trHeight w:hRule="exact" w:val="135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Подбор соответствующих инструментов и способов обработки материалов в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зависимости от их свойств и видов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4F7" w:rsidRPr="002C689B" w:rsidTr="00872DCA">
        <w:trPr>
          <w:trHeight w:hRule="exact" w:val="16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872DCA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сминание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, обрывание, склеивание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4F7" w:rsidRPr="002C689B" w:rsidTr="00D24991">
        <w:trPr>
          <w:trHeight w:hRule="exact" w:val="11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2.10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Резание бумаги ножницами. Правила безопасной работы, передачи и хранения ножниц.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Картон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4F7" w:rsidRPr="002C689B" w:rsidTr="00D24991">
        <w:trPr>
          <w:trHeight w:hRule="exact" w:val="11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2.11.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Пластические массы, их виды (пластилин, пластика и др.).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4F7" w:rsidRPr="002C689B" w:rsidTr="002C689B">
        <w:trPr>
          <w:trHeight w:hRule="exact" w:val="145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2.12.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Приёмы изготовления изделий доступной по сложности формы из них: разметка на глаз, отделение части (стекой, отрыванием),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придание формы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4F7" w:rsidRPr="002C689B" w:rsidTr="00D24991">
        <w:trPr>
          <w:trHeight w:hRule="exact" w:val="11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2.13.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Виды природных материалов (плоские </w:t>
            </w:r>
            <w:proofErr w:type="gram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—л</w:t>
            </w:r>
            <w:proofErr w:type="gramEnd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истья и объёмные — орехи, шишки,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семена, ветки)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4F7" w:rsidRPr="002C689B" w:rsidTr="002C689B">
        <w:trPr>
          <w:trHeight w:hRule="exact" w:val="158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2.14.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Приёмы работы с природными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материалами: подбор материалов в соответствии с замыслом, составление композиции, соединение деталей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4F7" w:rsidRPr="002C689B" w:rsidTr="00D24991">
        <w:trPr>
          <w:trHeight w:hRule="exact" w:val="11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2.15.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Общее представление о тканях (текстиле), их строении и свойствах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4F7" w:rsidRPr="002C689B" w:rsidTr="00D24991">
        <w:trPr>
          <w:trHeight w:hRule="exact" w:val="11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2.16.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Швейные инструменты и приспособления (иглы, булавки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4F7" w:rsidRPr="002C689B" w:rsidTr="00F47DAC">
        <w:trPr>
          <w:trHeight w:hRule="exact" w:val="11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2.17.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Отмеривание и заправка нитки в иголку, строчка прямого стежка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4F7" w:rsidRPr="002C689B" w:rsidTr="00F47DAC">
        <w:trPr>
          <w:trHeight w:hRule="exact" w:val="11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2.18.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Использование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дополнительных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отделочных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</w:rPr>
              <w:t>материалов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334F7" w:rsidRPr="002C689B" w:rsidRDefault="00A334F7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F7" w:rsidRPr="002C689B" w:rsidRDefault="00A33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C0714" w:rsidRDefault="00AC0714">
      <w:pPr>
        <w:autoSpaceDE w:val="0"/>
        <w:autoSpaceDN w:val="0"/>
        <w:spacing w:after="0" w:line="14" w:lineRule="exact"/>
      </w:pPr>
    </w:p>
    <w:p w:rsidR="00AC0714" w:rsidRDefault="00AC0714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30"/>
        <w:gridCol w:w="528"/>
        <w:gridCol w:w="10242"/>
      </w:tblGrid>
      <w:tr w:rsidR="00AC0714" w:rsidRPr="002C689B" w:rsidTr="00D83045">
        <w:trPr>
          <w:trHeight w:hRule="exact" w:val="348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0714" w:rsidRPr="002C689B" w:rsidRDefault="0001568D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Итого</w:t>
            </w:r>
            <w:proofErr w:type="spell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по</w:t>
            </w:r>
            <w:proofErr w:type="spell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0714" w:rsidRPr="002C689B" w:rsidRDefault="0001568D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15</w:t>
            </w:r>
          </w:p>
        </w:tc>
        <w:tc>
          <w:tcPr>
            <w:tcW w:w="10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0714" w:rsidRPr="002C689B" w:rsidRDefault="00AC0714">
            <w:pPr>
              <w:rPr>
                <w:sz w:val="20"/>
                <w:szCs w:val="20"/>
              </w:rPr>
            </w:pPr>
          </w:p>
        </w:tc>
      </w:tr>
      <w:tr w:rsidR="00AC0714" w:rsidRPr="002C689B" w:rsidTr="00D83045">
        <w:trPr>
          <w:trHeight w:hRule="exact" w:val="330"/>
        </w:trPr>
        <w:tc>
          <w:tcPr>
            <w:tcW w:w="14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0714" w:rsidRPr="002C689B" w:rsidRDefault="0001568D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Модуль 3. КОНСТРУИРОВАНИЕ И МОДЕЛИРОВАНИЕ</w:t>
            </w:r>
          </w:p>
        </w:tc>
      </w:tr>
    </w:tbl>
    <w:p w:rsidR="00AC0714" w:rsidRDefault="00AC0714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362"/>
        <w:gridCol w:w="528"/>
        <w:gridCol w:w="744"/>
        <w:gridCol w:w="709"/>
        <w:gridCol w:w="709"/>
        <w:gridCol w:w="3118"/>
        <w:gridCol w:w="1134"/>
        <w:gridCol w:w="1843"/>
        <w:gridCol w:w="1985"/>
      </w:tblGrid>
      <w:tr w:rsidR="00895673" w:rsidRPr="00872DCA" w:rsidTr="00872DCA">
        <w:trPr>
          <w:trHeight w:hRule="exact" w:val="15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3.1.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Простые и объёмные конструкции из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разных материалов (пластические массы, бумага, текстиль и др.) и способы их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создания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Иметь общее представление о конструкции изделия, детали и части изделия, их взаимном расположении в общей конструкции;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анализировать конструкции образцов изделий, выделять основные и дополнительные детали конструкции, называть их форму и способ соединения; анализировать конструкцию изделия по рисунку,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фотографии, схеме;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Изготавливать простые и объёмные конструкции из разных материалов (пластические массы, бумага, текстиль и др.), по модели (на плоскости), рисунку;</w:t>
            </w:r>
            <w:proofErr w:type="gram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Использовать в работе осваиваемые способы соединения деталей в изделиях из разных материалов;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Определять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689B" w:rsidRDefault="00895673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Единое содержание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общего образования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hyperlink r:id="rId24" w:history="1"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edsoo</w:t>
              </w:r>
              <w:proofErr w:type="spellEnd"/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2C689B" w:rsidRDefault="00895673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Министерство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просвещения Российской Федерации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hyperlink r:id="rId25" w:history="1"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edu</w:t>
              </w:r>
              <w:proofErr w:type="spellEnd"/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gov</w:t>
              </w:r>
              <w:proofErr w:type="spellEnd"/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</w:p>
          <w:p w:rsidR="002C689B" w:rsidRDefault="00895673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ФИПИ </w:t>
            </w:r>
            <w:hyperlink r:id="rId26" w:history="1"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https</w:t>
              </w:r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fipi</w:t>
              </w:r>
              <w:proofErr w:type="spellEnd"/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2C689B" w:rsidRPr="00A40FA0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952CC7" w:rsidRDefault="00895673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  <w:p w:rsidR="00895673" w:rsidRPr="002C689B" w:rsidRDefault="00895673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Издательство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"Просвещение". УМК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"Школа России"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prosv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umk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/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school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-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russia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html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Издательство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"Просвещение".</w:t>
            </w:r>
          </w:p>
          <w:p w:rsidR="00895673" w:rsidRPr="002C689B" w:rsidRDefault="00895673">
            <w:pPr>
              <w:autoSpaceDE w:val="0"/>
              <w:autoSpaceDN w:val="0"/>
              <w:spacing w:before="18" w:after="0" w:line="257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Начальная школа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://1-4-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old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prosv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interneturok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Российская Электронная Школа 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resh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edu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Дистанционное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образование для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школьников 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uchi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Яндекс</w:t>
            </w:r>
            <w:proofErr w:type="gram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.У</w:t>
            </w:r>
            <w:proofErr w:type="gram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чебник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education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yandex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Современный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учительский портал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easyen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Инфоурок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infourok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Педагогическое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сообщество "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Урок.рф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"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урок.рф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Образовательная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социальная сеть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nsportal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/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Мультиурок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https</w:t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multiurok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ru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/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5673" w:rsidRPr="002C689B" w:rsidRDefault="00895673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</w:p>
        </w:tc>
      </w:tr>
      <w:tr w:rsidR="00895673" w:rsidRPr="002C689B" w:rsidTr="002C689B">
        <w:trPr>
          <w:trHeight w:hRule="exact" w:val="14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3.2.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50" w:lineRule="auto"/>
              <w:ind w:left="72" w:right="57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Общее представление о конструкции изделия; детали и части изделия, их взаимное расположение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в общей конструкции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Устный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опрос;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 работа;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895673" w:rsidRPr="002C689B" w:rsidRDefault="00895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673" w:rsidRPr="002C689B" w:rsidTr="00895673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3.3.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Способы соединения деталей в изделиях из разных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Устный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опрос;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 работа;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895673" w:rsidRPr="002C689B" w:rsidRDefault="00895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673" w:rsidRPr="00872DCA" w:rsidTr="00895673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3.4.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Образец, анализ конструкции образцов изделий, изготовление изделий по образцу, рисунку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C689B" w:rsidRPr="002C689B" w:rsidRDefault="002C689B" w:rsidP="002C689B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Издательство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>"Просвещение".</w:t>
            </w:r>
          </w:p>
          <w:p w:rsidR="002C689B" w:rsidRPr="002C689B" w:rsidRDefault="002C689B" w:rsidP="002C689B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  <w:lang w:val="ru-RU"/>
              </w:rPr>
              <w:t xml:space="preserve">Начальная школа </w:t>
            </w:r>
            <w:r w:rsidRPr="002C68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hyperlink r:id="rId27" w:history="1">
              <w:r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</w:t>
              </w:r>
              <w:r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://1-4-</w:t>
              </w:r>
              <w:r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old</w:t>
              </w:r>
              <w:r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prosv</w:t>
              </w:r>
              <w:proofErr w:type="spellEnd"/>
              <w:r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895673" w:rsidRPr="002C689B" w:rsidRDefault="00895673" w:rsidP="00D535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895673" w:rsidRPr="002C689B" w:rsidRDefault="00895673" w:rsidP="00D535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95673" w:rsidRPr="002C689B" w:rsidTr="00895673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3.5.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Конструирование по модели (на плоскости)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72DCA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http</w:t>
              </w:r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://1-4-</w:t>
              </w:r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old</w:t>
              </w:r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prosv</w:t>
              </w:r>
              <w:proofErr w:type="spellEnd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2C689B" w:rsidRPr="002C689B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895673" w:rsidRPr="002C689B" w:rsidRDefault="00895673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673" w:rsidRPr="002C689B" w:rsidTr="00872DCA">
        <w:trPr>
          <w:trHeight w:hRule="exact" w:val="21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3.6.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872DCA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Взаимосвязь выполняемого действия и результата. Элементарное прогнозирование порядка действий в зависимости от </w:t>
            </w:r>
            <w:bookmarkStart w:id="0" w:name="_GoBack"/>
            <w:bookmarkEnd w:id="0"/>
            <w:r w:rsidRPr="002C689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0"/>
                <w:szCs w:val="20"/>
                <w:lang w:val="ru-RU"/>
              </w:rPr>
              <w:t>желаемого/необходимого результата; выбор способа работы в зависимости от требуемого результата/замысла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; </w:t>
            </w:r>
            <w:r w:rsidRPr="002C68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673" w:rsidRPr="002C689B" w:rsidRDefault="00895673" w:rsidP="00D5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C0714" w:rsidRDefault="00AC0714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362"/>
        <w:gridCol w:w="528"/>
        <w:gridCol w:w="744"/>
        <w:gridCol w:w="709"/>
        <w:gridCol w:w="709"/>
        <w:gridCol w:w="3118"/>
        <w:gridCol w:w="1134"/>
        <w:gridCol w:w="1843"/>
        <w:gridCol w:w="1985"/>
      </w:tblGrid>
      <w:tr w:rsidR="00895673" w:rsidRPr="002C689B" w:rsidTr="00895673">
        <w:trPr>
          <w:trHeight w:hRule="exact" w:val="348"/>
        </w:trPr>
        <w:tc>
          <w:tcPr>
            <w:tcW w:w="3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Итого</w:t>
            </w:r>
            <w:proofErr w:type="spell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по</w:t>
            </w:r>
            <w:proofErr w:type="spell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10</w:t>
            </w:r>
          </w:p>
        </w:tc>
        <w:tc>
          <w:tcPr>
            <w:tcW w:w="102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rPr>
                <w:sz w:val="20"/>
                <w:szCs w:val="20"/>
              </w:rPr>
            </w:pPr>
          </w:p>
        </w:tc>
      </w:tr>
      <w:tr w:rsidR="00895673" w:rsidRPr="002C689B" w:rsidTr="00895673">
        <w:trPr>
          <w:trHeight w:hRule="exact" w:val="348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Модуль</w:t>
            </w:r>
            <w:proofErr w:type="spellEnd"/>
            <w:r w:rsidRPr="002C689B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4. ИНФОРМАЦИОННО-КОММУНИКАТИВНЫЕ ТЕХНОЛОГИИ</w:t>
            </w:r>
          </w:p>
        </w:tc>
      </w:tr>
      <w:tr w:rsidR="00895673" w:rsidRPr="00872DCA" w:rsidTr="00872DCA">
        <w:trPr>
          <w:trHeight w:hRule="exact" w:val="211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4.1.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 xml:space="preserve">Демонстрация учителем готовых </w:t>
            </w:r>
            <w:r w:rsidRPr="002C689B">
              <w:rPr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материалов на информационных носителях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50" w:lineRule="auto"/>
              <w:ind w:left="72"/>
              <w:rPr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Анализировать готовые материалы, представленные учителем на </w:t>
            </w:r>
            <w:r w:rsidRPr="002C689B">
              <w:rPr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информационных носителях; </w:t>
            </w:r>
            <w:r w:rsidRPr="002C689B">
              <w:rPr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Выполнять простейшие преобразования информации (например, перевод текстовой информации в рисуночную и/или табличную форму);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Устный</w:t>
            </w:r>
            <w:proofErr w:type="spell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r w:rsidRPr="002C689B">
              <w:rPr>
                <w:sz w:val="20"/>
                <w:szCs w:val="20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опрос</w:t>
            </w:r>
            <w:proofErr w:type="spell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CC7" w:rsidRDefault="00895673" w:rsidP="00A334F7">
            <w:pPr>
              <w:autoSpaceDE w:val="0"/>
              <w:autoSpaceDN w:val="0"/>
              <w:spacing w:before="270" w:after="0" w:line="254" w:lineRule="auto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Российская Электронная Школа </w:t>
            </w:r>
            <w:hyperlink r:id="rId29" w:history="1"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resh</w:t>
              </w:r>
              <w:proofErr w:type="spellEnd"/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edu</w:t>
              </w:r>
              <w:proofErr w:type="spellEnd"/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</w:hyperlink>
          </w:p>
          <w:p w:rsidR="00952CC7" w:rsidRDefault="00895673" w:rsidP="00A334F7">
            <w:pPr>
              <w:autoSpaceDE w:val="0"/>
              <w:autoSpaceDN w:val="0"/>
              <w:spacing w:before="270" w:after="0" w:line="254" w:lineRule="auto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/ Дистанционное </w:t>
            </w:r>
            <w:r w:rsidRPr="002C689B">
              <w:rPr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образование для </w:t>
            </w:r>
            <w:r w:rsidRPr="002C689B">
              <w:rPr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школьников </w:t>
            </w:r>
            <w:hyperlink r:id="rId30" w:history="1"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uchi</w:t>
              </w:r>
              <w:proofErr w:type="spellEnd"/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</w:p>
          <w:p w:rsidR="00952CC7" w:rsidRDefault="00895673" w:rsidP="00A334F7">
            <w:pPr>
              <w:autoSpaceDE w:val="0"/>
              <w:autoSpaceDN w:val="0"/>
              <w:spacing w:before="270" w:after="0" w:line="254" w:lineRule="auto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Инфоурок</w:t>
            </w:r>
            <w:proofErr w:type="spell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sz w:val="20"/>
                <w:szCs w:val="20"/>
                <w:lang w:val="ru-RU"/>
              </w:rPr>
              <w:br/>
            </w:r>
            <w:hyperlink r:id="rId31" w:history="1"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proofErr w:type="spellStart"/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infourok</w:t>
              </w:r>
              <w:proofErr w:type="spellEnd"/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proofErr w:type="spellStart"/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proofErr w:type="spellEnd"/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</w:p>
          <w:p w:rsidR="00895673" w:rsidRDefault="00895673" w:rsidP="00A334F7">
            <w:pPr>
              <w:autoSpaceDE w:val="0"/>
              <w:autoSpaceDN w:val="0"/>
              <w:spacing w:before="270" w:after="0" w:line="254" w:lineRule="auto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  <w:r w:rsidRPr="002C689B">
              <w:rPr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Педагогическое </w:t>
            </w:r>
            <w:r w:rsidRPr="002C689B">
              <w:rPr>
                <w:sz w:val="20"/>
                <w:szCs w:val="20"/>
                <w:lang w:val="ru-RU"/>
              </w:rPr>
              <w:br/>
            </w: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сообщество "</w:t>
            </w: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Урок</w:t>
            </w:r>
            <w:proofErr w:type="gram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.р</w:t>
            </w:r>
            <w:proofErr w:type="gram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ф</w:t>
            </w:r>
            <w:proofErr w:type="spell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" </w:t>
            </w:r>
            <w:r w:rsidRPr="002C689B">
              <w:rPr>
                <w:sz w:val="20"/>
                <w:szCs w:val="20"/>
                <w:lang w:val="ru-RU"/>
              </w:rPr>
              <w:br/>
            </w:r>
            <w:hyperlink r:id="rId32" w:history="1"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="00952CC7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://урок.рф/</w:t>
              </w:r>
            </w:hyperlink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sz w:val="20"/>
                <w:szCs w:val="20"/>
                <w:lang w:val="ru-RU"/>
              </w:rPr>
              <w:br/>
            </w: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Мультиурок</w:t>
            </w:r>
            <w:proofErr w:type="spell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 </w:t>
            </w:r>
            <w:r w:rsidRPr="002C689B">
              <w:rPr>
                <w:sz w:val="20"/>
                <w:szCs w:val="20"/>
                <w:lang w:val="ru-RU"/>
              </w:rPr>
              <w:br/>
            </w:r>
            <w:hyperlink r:id="rId33" w:history="1">
              <w:r w:rsidR="008202D9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https</w:t>
              </w:r>
              <w:r w:rsidR="008202D9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://</w:t>
              </w:r>
              <w:r w:rsidR="008202D9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multiurok</w:t>
              </w:r>
              <w:r w:rsidR="008202D9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.</w:t>
              </w:r>
              <w:r w:rsidR="008202D9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</w:rPr>
                <w:t>ru</w:t>
              </w:r>
              <w:r w:rsidR="008202D9" w:rsidRPr="00A40FA0">
                <w:rPr>
                  <w:rStyle w:val="aff8"/>
                  <w:rFonts w:ascii="Times New Roman" w:eastAsia="Times New Roman" w:hAnsi="Times New Roman"/>
                  <w:w w:val="97"/>
                  <w:sz w:val="20"/>
                  <w:szCs w:val="20"/>
                  <w:lang w:val="ru-RU"/>
                </w:rPr>
                <w:t>/</w:t>
              </w:r>
            </w:hyperlink>
          </w:p>
          <w:p w:rsidR="008202D9" w:rsidRPr="008202D9" w:rsidRDefault="008202D9" w:rsidP="00A334F7">
            <w:pPr>
              <w:autoSpaceDE w:val="0"/>
              <w:autoSpaceDN w:val="0"/>
              <w:spacing w:before="270" w:after="0" w:line="254" w:lineRule="auto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5673" w:rsidRPr="002C689B" w:rsidRDefault="00895673" w:rsidP="00A334F7">
            <w:pPr>
              <w:autoSpaceDE w:val="0"/>
              <w:autoSpaceDN w:val="0"/>
              <w:spacing w:before="270" w:after="0" w:line="254" w:lineRule="auto"/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</w:pPr>
          </w:p>
        </w:tc>
      </w:tr>
      <w:tr w:rsidR="00895673" w:rsidRPr="002C689B" w:rsidTr="008202D9">
        <w:trPr>
          <w:trHeight w:hRule="exact" w:val="29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4.2.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Информация. Виды информации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45" w:lineRule="auto"/>
              <w:ind w:left="72"/>
              <w:rPr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Выполнять простейшие преобразования информации (например, перевод текстовой информации в рисуночную и/или табличную форму);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45" w:lineRule="auto"/>
              <w:ind w:left="72"/>
              <w:rPr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Практическая</w:t>
            </w:r>
            <w:proofErr w:type="spell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работа</w:t>
            </w:r>
            <w:proofErr w:type="spell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;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673" w:rsidRPr="002C689B" w:rsidRDefault="00895673">
            <w:pPr>
              <w:rPr>
                <w:sz w:val="20"/>
                <w:szCs w:val="20"/>
              </w:rPr>
            </w:pPr>
          </w:p>
        </w:tc>
      </w:tr>
      <w:tr w:rsidR="00895673" w:rsidRPr="002C689B" w:rsidTr="003533F5">
        <w:trPr>
          <w:trHeight w:hRule="exact" w:val="348"/>
        </w:trPr>
        <w:tc>
          <w:tcPr>
            <w:tcW w:w="3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Итого</w:t>
            </w:r>
            <w:proofErr w:type="spell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по</w:t>
            </w:r>
            <w:proofErr w:type="spellEnd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10242" w:type="dxa"/>
            <w:gridSpan w:val="7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rPr>
                <w:sz w:val="20"/>
                <w:szCs w:val="20"/>
              </w:rPr>
            </w:pPr>
          </w:p>
        </w:tc>
      </w:tr>
      <w:tr w:rsidR="00895673" w:rsidRPr="002C689B" w:rsidTr="002C689B">
        <w:trPr>
          <w:trHeight w:hRule="exact" w:val="652"/>
        </w:trPr>
        <w:tc>
          <w:tcPr>
            <w:tcW w:w="383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33</w:t>
            </w:r>
          </w:p>
        </w:tc>
        <w:tc>
          <w:tcPr>
            <w:tcW w:w="7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autoSpaceDE w:val="0"/>
              <w:autoSpaceDN w:val="0"/>
              <w:spacing w:before="76" w:after="0" w:line="230" w:lineRule="auto"/>
              <w:ind w:left="72"/>
              <w:rPr>
                <w:sz w:val="20"/>
                <w:szCs w:val="20"/>
              </w:rPr>
            </w:pPr>
            <w:r w:rsidRPr="002C689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26</w:t>
            </w:r>
          </w:p>
        </w:tc>
        <w:tc>
          <w:tcPr>
            <w:tcW w:w="8789" w:type="dxa"/>
            <w:gridSpan w:val="5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5673" w:rsidRPr="002C689B" w:rsidRDefault="00895673">
            <w:pPr>
              <w:rPr>
                <w:sz w:val="20"/>
                <w:szCs w:val="20"/>
              </w:rPr>
            </w:pPr>
          </w:p>
        </w:tc>
      </w:tr>
    </w:tbl>
    <w:p w:rsidR="00AC0714" w:rsidRDefault="00AC0714">
      <w:pPr>
        <w:autoSpaceDE w:val="0"/>
        <w:autoSpaceDN w:val="0"/>
        <w:spacing w:after="0" w:line="14" w:lineRule="exact"/>
      </w:pPr>
    </w:p>
    <w:p w:rsidR="00AC0714" w:rsidRPr="00895673" w:rsidRDefault="00895673" w:rsidP="00895673">
      <w:pPr>
        <w:tabs>
          <w:tab w:val="left" w:pos="1185"/>
        </w:tabs>
        <w:sectPr w:rsidR="00AC0714" w:rsidRPr="00895673" w:rsidSect="002C689B">
          <w:pgSz w:w="16840" w:h="11900"/>
          <w:pgMar w:top="426" w:right="640" w:bottom="1168" w:left="666" w:header="720" w:footer="720" w:gutter="0"/>
          <w:cols w:space="720" w:equalWidth="0">
            <w:col w:w="15534" w:space="0"/>
          </w:cols>
          <w:docGrid w:linePitch="360"/>
        </w:sectPr>
      </w:pPr>
      <w:r>
        <w:tab/>
      </w:r>
    </w:p>
    <w:p w:rsidR="00AC0714" w:rsidRPr="000C73D3" w:rsidRDefault="0001568D">
      <w:pPr>
        <w:autoSpaceDE w:val="0"/>
        <w:autoSpaceDN w:val="0"/>
        <w:spacing w:after="0" w:line="230" w:lineRule="auto"/>
        <w:rPr>
          <w:sz w:val="20"/>
          <w:szCs w:val="20"/>
          <w:lang w:val="ru-RU"/>
        </w:rPr>
      </w:pPr>
      <w:r w:rsidRPr="000C73D3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УЧЕБНО-МЕТОДИЧЕСКОЕ ОБЕСПЕЧЕНИЕ ОБРАЗОВАТЕЛЬНОГО ПРОЦЕССА </w:t>
      </w:r>
    </w:p>
    <w:p w:rsidR="00AC0714" w:rsidRPr="000C73D3" w:rsidRDefault="0001568D">
      <w:pPr>
        <w:autoSpaceDE w:val="0"/>
        <w:autoSpaceDN w:val="0"/>
        <w:spacing w:before="346" w:after="0" w:line="230" w:lineRule="auto"/>
        <w:rPr>
          <w:sz w:val="20"/>
          <w:szCs w:val="20"/>
          <w:lang w:val="ru-RU"/>
        </w:rPr>
      </w:pPr>
      <w:r w:rsidRPr="000C73D3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>ОБЯЗАТЕЛЬНЫЕ УЧЕБНЫЕ МАТЕРИАЛЫ ДЛЯ УЧЕНИКА</w:t>
      </w:r>
    </w:p>
    <w:p w:rsidR="00AC0714" w:rsidRPr="000C73D3" w:rsidRDefault="0001568D">
      <w:pPr>
        <w:autoSpaceDE w:val="0"/>
        <w:autoSpaceDN w:val="0"/>
        <w:spacing w:before="166" w:after="0" w:line="271" w:lineRule="auto"/>
        <w:ind w:right="144"/>
        <w:rPr>
          <w:sz w:val="20"/>
          <w:szCs w:val="20"/>
          <w:lang w:val="ru-RU"/>
        </w:rPr>
      </w:pP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>Технология, 1 класс/</w:t>
      </w:r>
      <w:proofErr w:type="spellStart"/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>Лутцева</w:t>
      </w:r>
      <w:proofErr w:type="spellEnd"/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 Е.А., Общество с ограниченной ответственностью «Издательский центр ВЕНТАНА-ГРАФ»; Акционерное общество «Издательство Просвещение»;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>Введите свой вариант:</w:t>
      </w:r>
    </w:p>
    <w:p w:rsidR="00AC0714" w:rsidRPr="000C73D3" w:rsidRDefault="0001568D">
      <w:pPr>
        <w:autoSpaceDE w:val="0"/>
        <w:autoSpaceDN w:val="0"/>
        <w:spacing w:before="262" w:after="0" w:line="230" w:lineRule="auto"/>
        <w:rPr>
          <w:sz w:val="20"/>
          <w:szCs w:val="20"/>
          <w:lang w:val="ru-RU"/>
        </w:rPr>
      </w:pPr>
      <w:r w:rsidRPr="000C73D3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>МЕТОДИЧЕСКИЕ МАТЕРИАЛЫ ДЛЯ УЧИТЕЛЯ</w:t>
      </w:r>
    </w:p>
    <w:p w:rsidR="00AC0714" w:rsidRPr="000C73D3" w:rsidRDefault="0001568D">
      <w:pPr>
        <w:autoSpaceDE w:val="0"/>
        <w:autoSpaceDN w:val="0"/>
        <w:spacing w:before="166" w:after="0" w:line="262" w:lineRule="auto"/>
        <w:ind w:right="144"/>
        <w:rPr>
          <w:sz w:val="20"/>
          <w:szCs w:val="20"/>
          <w:lang w:val="ru-RU"/>
        </w:rPr>
      </w:pPr>
      <w:proofErr w:type="spellStart"/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>Лутцева</w:t>
      </w:r>
      <w:proofErr w:type="spellEnd"/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 Е.А., Зуева Т.П. Технология. Методическое пособие с поурочными разработками 1 </w:t>
      </w:r>
      <w:proofErr w:type="spellStart"/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>класс</w:t>
      </w:r>
      <w:proofErr w:type="gramStart"/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>.М</w:t>
      </w:r>
      <w:proofErr w:type="spellEnd"/>
      <w:proofErr w:type="gramEnd"/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>: Просвещение</w:t>
      </w:r>
    </w:p>
    <w:p w:rsidR="00AC0714" w:rsidRPr="000C73D3" w:rsidRDefault="0001568D">
      <w:pPr>
        <w:autoSpaceDE w:val="0"/>
        <w:autoSpaceDN w:val="0"/>
        <w:spacing w:before="264" w:after="0" w:line="230" w:lineRule="auto"/>
        <w:rPr>
          <w:sz w:val="20"/>
          <w:szCs w:val="20"/>
          <w:lang w:val="ru-RU"/>
        </w:rPr>
      </w:pPr>
      <w:r w:rsidRPr="000C73D3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>ЦИФРОВЫЕ ОБРАЗОВАТЕЛЬНЫЕ РЕСУРСЫ И РЕСУРСЫ СЕТИ ИНТЕРНЕТ</w:t>
      </w:r>
    </w:p>
    <w:p w:rsidR="000C73D3" w:rsidRPr="000C73D3" w:rsidRDefault="000C73D3" w:rsidP="000C73D3">
      <w:pPr>
        <w:pStyle w:val="a9"/>
        <w:rPr>
          <w:rFonts w:ascii="Times New Roman" w:hAnsi="Times New Roman" w:cs="Times New Roman"/>
          <w:sz w:val="20"/>
          <w:szCs w:val="20"/>
          <w:lang w:val="ru-RU"/>
        </w:rPr>
      </w:pPr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Единое содержание общего образования </w:t>
      </w:r>
      <w:hyperlink r:id="rId34" w:history="1"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https://edsoo.ru/</w:t>
        </w:r>
      </w:hyperlink>
      <w:r w:rsidRPr="000C73D3">
        <w:rPr>
          <w:rFonts w:ascii="Times New Roman" w:hAnsi="Times New Roman" w:cs="Times New Roman"/>
          <w:sz w:val="20"/>
          <w:szCs w:val="20"/>
          <w:lang w:val="ru-RU"/>
        </w:rPr>
        <w:br/>
        <w:t xml:space="preserve">Министерство просвещения Российской Федерации </w:t>
      </w:r>
      <w:hyperlink r:id="rId35" w:history="1"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https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://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edu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gov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ru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/</w:t>
        </w:r>
      </w:hyperlink>
      <w:r w:rsidRPr="000C73D3">
        <w:rPr>
          <w:rFonts w:ascii="Times New Roman" w:hAnsi="Times New Roman" w:cs="Times New Roman"/>
          <w:sz w:val="20"/>
          <w:szCs w:val="20"/>
          <w:lang w:val="ru-RU"/>
        </w:rPr>
        <w:br/>
        <w:t xml:space="preserve">ФИПИ </w:t>
      </w:r>
      <w:hyperlink r:id="rId36" w:history="1"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https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://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fipi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ru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/</w:t>
        </w:r>
      </w:hyperlink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C73D3">
        <w:rPr>
          <w:rFonts w:ascii="Times New Roman" w:hAnsi="Times New Roman" w:cs="Times New Roman"/>
          <w:sz w:val="20"/>
          <w:szCs w:val="20"/>
          <w:lang w:val="ru-RU"/>
        </w:rPr>
        <w:br/>
        <w:t>Электронная библиотека для школ</w:t>
      </w:r>
      <w:r w:rsidRPr="000C73D3">
        <w:rPr>
          <w:sz w:val="20"/>
          <w:szCs w:val="20"/>
          <w:lang w:val="ru-RU"/>
        </w:rPr>
        <w:t xml:space="preserve"> </w:t>
      </w:r>
      <w:hyperlink r:id="rId37" w:history="1"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https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://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biblioschool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ru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/</w:t>
        </w:r>
      </w:hyperlink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C73D3">
        <w:rPr>
          <w:rFonts w:ascii="Times New Roman" w:hAnsi="Times New Roman" w:cs="Times New Roman"/>
          <w:sz w:val="20"/>
          <w:szCs w:val="20"/>
          <w:lang w:val="ru-RU"/>
        </w:rPr>
        <w:br/>
        <w:t xml:space="preserve">Издательство "Просвещение". УМК "Школа России" </w:t>
      </w:r>
      <w:hyperlink r:id="rId38" w:history="1"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https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://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prosv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ru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/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umk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/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school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-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russia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html</w:t>
        </w:r>
      </w:hyperlink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0C73D3" w:rsidRPr="000C73D3" w:rsidRDefault="000C73D3" w:rsidP="000C73D3">
      <w:pPr>
        <w:pStyle w:val="a9"/>
        <w:rPr>
          <w:rFonts w:ascii="Times New Roman" w:hAnsi="Times New Roman" w:cs="Times New Roman"/>
          <w:sz w:val="20"/>
          <w:szCs w:val="20"/>
          <w:lang w:val="ru-RU"/>
        </w:rPr>
      </w:pPr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Издательство "Просвещение". Начальная школа </w:t>
      </w:r>
      <w:hyperlink r:id="rId39" w:history="1"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http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://1-4-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old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prosv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ru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/</w:t>
        </w:r>
      </w:hyperlink>
      <w:r w:rsidRPr="000C73D3">
        <w:rPr>
          <w:rFonts w:ascii="Times New Roman" w:hAnsi="Times New Roman" w:cs="Times New Roman"/>
          <w:sz w:val="20"/>
          <w:szCs w:val="20"/>
          <w:lang w:val="ru-RU"/>
        </w:rPr>
        <w:br/>
        <w:t xml:space="preserve">Библиотека </w:t>
      </w:r>
      <w:proofErr w:type="spellStart"/>
      <w:r w:rsidRPr="000C73D3">
        <w:rPr>
          <w:rFonts w:ascii="Times New Roman" w:hAnsi="Times New Roman" w:cs="Times New Roman"/>
          <w:sz w:val="20"/>
          <w:szCs w:val="20"/>
          <w:lang w:val="ru-RU"/>
        </w:rPr>
        <w:t>видеоуроков</w:t>
      </w:r>
      <w:proofErr w:type="spellEnd"/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 по школьной программе </w:t>
      </w:r>
      <w:hyperlink r:id="rId40" w:history="1"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https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://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interneturok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ru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/</w:t>
        </w:r>
      </w:hyperlink>
      <w:r w:rsidRPr="000C73D3">
        <w:rPr>
          <w:rFonts w:ascii="Times New Roman" w:hAnsi="Times New Roman" w:cs="Times New Roman"/>
          <w:sz w:val="20"/>
          <w:szCs w:val="20"/>
          <w:lang w:val="ru-RU"/>
        </w:rPr>
        <w:br/>
        <w:t xml:space="preserve">Российская Электронная Школа </w:t>
      </w:r>
      <w:hyperlink r:id="rId41" w:history="1"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https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://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resh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edu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ru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/</w:t>
        </w:r>
      </w:hyperlink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C73D3">
        <w:rPr>
          <w:rFonts w:ascii="Times New Roman" w:hAnsi="Times New Roman" w:cs="Times New Roman"/>
          <w:sz w:val="20"/>
          <w:szCs w:val="20"/>
          <w:lang w:val="ru-RU"/>
        </w:rPr>
        <w:br/>
        <w:t xml:space="preserve">Дистанционное образование для школьников </w:t>
      </w:r>
      <w:hyperlink r:id="rId42" w:history="1"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https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://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uchi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ru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/</w:t>
        </w:r>
      </w:hyperlink>
      <w:r w:rsidRPr="000C73D3">
        <w:rPr>
          <w:rFonts w:ascii="Times New Roman" w:hAnsi="Times New Roman" w:cs="Times New Roman"/>
          <w:sz w:val="20"/>
          <w:szCs w:val="20"/>
          <w:lang w:val="ru-RU"/>
        </w:rPr>
        <w:br/>
      </w:r>
      <w:proofErr w:type="spellStart"/>
      <w:r w:rsidRPr="000C73D3">
        <w:rPr>
          <w:rFonts w:ascii="Times New Roman" w:hAnsi="Times New Roman" w:cs="Times New Roman"/>
          <w:sz w:val="20"/>
          <w:szCs w:val="20"/>
          <w:lang w:val="ru-RU"/>
        </w:rPr>
        <w:t>Яндекс</w:t>
      </w:r>
      <w:proofErr w:type="gramStart"/>
      <w:r w:rsidRPr="000C73D3">
        <w:rPr>
          <w:rFonts w:ascii="Times New Roman" w:hAnsi="Times New Roman" w:cs="Times New Roman"/>
          <w:sz w:val="20"/>
          <w:szCs w:val="20"/>
          <w:lang w:val="ru-RU"/>
        </w:rPr>
        <w:t>.У</w:t>
      </w:r>
      <w:proofErr w:type="gramEnd"/>
      <w:r w:rsidRPr="000C73D3">
        <w:rPr>
          <w:rFonts w:ascii="Times New Roman" w:hAnsi="Times New Roman" w:cs="Times New Roman"/>
          <w:sz w:val="20"/>
          <w:szCs w:val="20"/>
          <w:lang w:val="ru-RU"/>
        </w:rPr>
        <w:t>чебник</w:t>
      </w:r>
      <w:proofErr w:type="spellEnd"/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hyperlink r:id="rId43" w:history="1"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https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://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education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yandex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ru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/</w:t>
        </w:r>
      </w:hyperlink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C73D3">
        <w:rPr>
          <w:rFonts w:ascii="Times New Roman" w:hAnsi="Times New Roman" w:cs="Times New Roman"/>
          <w:sz w:val="20"/>
          <w:szCs w:val="20"/>
          <w:lang w:val="ru-RU"/>
        </w:rPr>
        <w:br/>
        <w:t xml:space="preserve">Современный учительский портал </w:t>
      </w:r>
      <w:hyperlink r:id="rId44" w:history="1"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https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://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easyen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ru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/</w:t>
        </w:r>
      </w:hyperlink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C73D3">
        <w:rPr>
          <w:rFonts w:ascii="Times New Roman" w:hAnsi="Times New Roman" w:cs="Times New Roman"/>
          <w:sz w:val="20"/>
          <w:szCs w:val="20"/>
          <w:lang w:val="ru-RU"/>
        </w:rPr>
        <w:br/>
      </w:r>
      <w:proofErr w:type="spellStart"/>
      <w:r w:rsidRPr="000C73D3">
        <w:rPr>
          <w:rFonts w:ascii="Times New Roman" w:hAnsi="Times New Roman" w:cs="Times New Roman"/>
          <w:sz w:val="20"/>
          <w:szCs w:val="20"/>
          <w:lang w:val="ru-RU"/>
        </w:rPr>
        <w:t>Инфоурок</w:t>
      </w:r>
      <w:proofErr w:type="spellEnd"/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hyperlink r:id="rId45" w:history="1"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https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://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infourok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ru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/</w:t>
        </w:r>
      </w:hyperlink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C73D3">
        <w:rPr>
          <w:rFonts w:ascii="Times New Roman" w:hAnsi="Times New Roman" w:cs="Times New Roman"/>
          <w:sz w:val="20"/>
          <w:szCs w:val="20"/>
          <w:lang w:val="ru-RU"/>
        </w:rPr>
        <w:br/>
        <w:t>Педагогическое сообщество "</w:t>
      </w:r>
      <w:proofErr w:type="spellStart"/>
      <w:r w:rsidRPr="000C73D3">
        <w:rPr>
          <w:rFonts w:ascii="Times New Roman" w:hAnsi="Times New Roman" w:cs="Times New Roman"/>
          <w:sz w:val="20"/>
          <w:szCs w:val="20"/>
          <w:lang w:val="ru-RU"/>
        </w:rPr>
        <w:t>Урок.рф</w:t>
      </w:r>
      <w:proofErr w:type="spellEnd"/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" </w:t>
      </w:r>
      <w:hyperlink r:id="rId46" w:history="1"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https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://урок.рф/</w:t>
        </w:r>
      </w:hyperlink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C73D3">
        <w:rPr>
          <w:rFonts w:ascii="Times New Roman" w:hAnsi="Times New Roman" w:cs="Times New Roman"/>
          <w:sz w:val="20"/>
          <w:szCs w:val="20"/>
          <w:lang w:val="ru-RU"/>
        </w:rPr>
        <w:br/>
        <w:t xml:space="preserve">Образовательная социальная сеть </w:t>
      </w:r>
      <w:hyperlink r:id="rId47" w:history="1"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https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://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nsportal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ru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/</w:t>
        </w:r>
      </w:hyperlink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C73D3">
        <w:rPr>
          <w:rFonts w:ascii="Times New Roman" w:hAnsi="Times New Roman" w:cs="Times New Roman"/>
          <w:sz w:val="20"/>
          <w:szCs w:val="20"/>
          <w:lang w:val="ru-RU"/>
        </w:rPr>
        <w:br/>
      </w:r>
      <w:proofErr w:type="spellStart"/>
      <w:r w:rsidRPr="000C73D3">
        <w:rPr>
          <w:rFonts w:ascii="Times New Roman" w:hAnsi="Times New Roman" w:cs="Times New Roman"/>
          <w:sz w:val="20"/>
          <w:szCs w:val="20"/>
          <w:lang w:val="ru-RU"/>
        </w:rPr>
        <w:t>Мультиурок</w:t>
      </w:r>
      <w:proofErr w:type="spellEnd"/>
      <w:r w:rsidRPr="000C73D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hyperlink r:id="rId48" w:history="1"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https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://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multiurok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.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</w:rPr>
          <w:t>ru</w:t>
        </w:r>
        <w:r w:rsidRPr="000C73D3">
          <w:rPr>
            <w:rStyle w:val="aff8"/>
            <w:rFonts w:ascii="Times New Roman" w:eastAsia="Times New Roman" w:hAnsi="Times New Roman" w:cs="Times New Roman"/>
            <w:sz w:val="20"/>
            <w:szCs w:val="20"/>
            <w:lang w:val="ru-RU"/>
          </w:rPr>
          <w:t>/</w:t>
        </w:r>
      </w:hyperlink>
    </w:p>
    <w:p w:rsidR="00895673" w:rsidRPr="000C73D3" w:rsidRDefault="00895673" w:rsidP="00895673">
      <w:pPr>
        <w:autoSpaceDE w:val="0"/>
        <w:autoSpaceDN w:val="0"/>
        <w:spacing w:before="168" w:after="0" w:line="288" w:lineRule="auto"/>
        <w:ind w:right="1296"/>
        <w:rPr>
          <w:sz w:val="20"/>
          <w:szCs w:val="20"/>
          <w:lang w:val="ru-RU"/>
        </w:rPr>
      </w:pPr>
    </w:p>
    <w:p w:rsidR="00AC0714" w:rsidRPr="000C73D3" w:rsidRDefault="0001568D">
      <w:pPr>
        <w:autoSpaceDE w:val="0"/>
        <w:autoSpaceDN w:val="0"/>
        <w:spacing w:after="0" w:line="230" w:lineRule="auto"/>
        <w:rPr>
          <w:sz w:val="20"/>
          <w:szCs w:val="20"/>
          <w:lang w:val="ru-RU"/>
        </w:rPr>
      </w:pPr>
      <w:r w:rsidRPr="000C73D3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>МАТЕРИАЛЬНО-ТЕХНИЧЕСКОЕ ОБЕСПЕЧЕНИЕ ОБРАЗОВАТЕЛЬНОГО ПРОЦЕССА</w:t>
      </w:r>
    </w:p>
    <w:p w:rsidR="00AC0714" w:rsidRPr="000C73D3" w:rsidRDefault="0001568D">
      <w:pPr>
        <w:autoSpaceDE w:val="0"/>
        <w:autoSpaceDN w:val="0"/>
        <w:spacing w:before="346" w:after="0" w:line="230" w:lineRule="auto"/>
        <w:rPr>
          <w:sz w:val="20"/>
          <w:szCs w:val="20"/>
          <w:lang w:val="ru-RU"/>
        </w:rPr>
      </w:pPr>
      <w:r w:rsidRPr="000C73D3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>УЧЕБНОЕ ОБОРУДОВАНИЕ</w:t>
      </w:r>
    </w:p>
    <w:p w:rsidR="00AC0714" w:rsidRPr="000C73D3" w:rsidRDefault="0001568D">
      <w:pPr>
        <w:autoSpaceDE w:val="0"/>
        <w:autoSpaceDN w:val="0"/>
        <w:spacing w:before="166" w:after="0" w:line="286" w:lineRule="auto"/>
        <w:ind w:right="432"/>
        <w:rPr>
          <w:sz w:val="20"/>
          <w:szCs w:val="20"/>
          <w:lang w:val="ru-RU"/>
        </w:rPr>
      </w:pP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Классная доска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Компьютерное оборудование: компьютер или ноутбук, колонки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Проектор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Документ-камера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Интерактивное оборудование: интерактивная доска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Цифровые образовательные ресурсы (для учителя и ученика) Электронные пособия (для работы с интерактивной доской)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Комплекты таблиц по технологии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Линейка классная 1 м деревянная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Угольник классный пластмассовый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>Циркуль классный пластмассовый</w:t>
      </w:r>
    </w:p>
    <w:p w:rsidR="00AC0714" w:rsidRPr="000C73D3" w:rsidRDefault="0001568D">
      <w:pPr>
        <w:autoSpaceDE w:val="0"/>
        <w:autoSpaceDN w:val="0"/>
        <w:spacing w:before="262" w:after="0" w:line="230" w:lineRule="auto"/>
        <w:rPr>
          <w:sz w:val="20"/>
          <w:szCs w:val="20"/>
          <w:lang w:val="ru-RU"/>
        </w:rPr>
      </w:pPr>
      <w:r w:rsidRPr="000C73D3"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  <w:t>ОБОРУДОВАНИЕ ДЛЯ ПРОВЕДЕНИЯ ПРАКТИЧЕСКИХ РАБОТ</w:t>
      </w:r>
    </w:p>
    <w:p w:rsidR="00AC0714" w:rsidRPr="000C73D3" w:rsidRDefault="0001568D">
      <w:pPr>
        <w:autoSpaceDE w:val="0"/>
        <w:autoSpaceDN w:val="0"/>
        <w:spacing w:before="166" w:after="0" w:line="286" w:lineRule="auto"/>
        <w:ind w:right="3744"/>
        <w:rPr>
          <w:sz w:val="20"/>
          <w:szCs w:val="20"/>
          <w:lang w:val="ru-RU"/>
        </w:rPr>
      </w:pP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Набор цветной бумаги;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Набор цветного картона;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Набор белого картона;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Ножницы с тупыми концами;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Клей – карандаш, клей ПВА, кисточка для клея;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Пластилин не менее 8 цветов, стеки, дощечка;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Природный материал; </w:t>
      </w:r>
      <w:r w:rsidRPr="000C73D3">
        <w:rPr>
          <w:sz w:val="20"/>
          <w:szCs w:val="20"/>
          <w:lang w:val="ru-RU"/>
        </w:rPr>
        <w:br/>
      </w:r>
      <w:r w:rsidRPr="000C73D3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>Папка на молнии с ручками для принадлежностей по технологии.</w:t>
      </w:r>
    </w:p>
    <w:sectPr w:rsidR="00AC0714" w:rsidRPr="000C73D3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568D"/>
    <w:rsid w:val="00024616"/>
    <w:rsid w:val="00034616"/>
    <w:rsid w:val="0006063C"/>
    <w:rsid w:val="000C73D3"/>
    <w:rsid w:val="0015074B"/>
    <w:rsid w:val="0029639D"/>
    <w:rsid w:val="002C689B"/>
    <w:rsid w:val="00326F90"/>
    <w:rsid w:val="00420F9D"/>
    <w:rsid w:val="008202D9"/>
    <w:rsid w:val="00872DCA"/>
    <w:rsid w:val="00895673"/>
    <w:rsid w:val="00952CC7"/>
    <w:rsid w:val="00A334F7"/>
    <w:rsid w:val="00AA1D8D"/>
    <w:rsid w:val="00AC0714"/>
    <w:rsid w:val="00B47730"/>
    <w:rsid w:val="00CB0664"/>
    <w:rsid w:val="00D8304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A334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A334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prosv.ru/umk/school-russia.html" TargetMode="External"/><Relationship Id="rId26" Type="http://schemas.openxmlformats.org/officeDocument/2006/relationships/hyperlink" Target="https://fipi.ru/" TargetMode="External"/><Relationship Id="rId39" Type="http://schemas.openxmlformats.org/officeDocument/2006/relationships/hyperlink" Target="http://1-4-old.prosv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edsoo.ru/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https://nsportal.ru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edsoo.ru/" TargetMode="External"/><Relationship Id="rId12" Type="http://schemas.openxmlformats.org/officeDocument/2006/relationships/hyperlink" Target="https://interneturok.ru/" TargetMode="External"/><Relationship Id="rId17" Type="http://schemas.openxmlformats.org/officeDocument/2006/relationships/hyperlink" Target="https://biblioschool.ru" TargetMode="External"/><Relationship Id="rId25" Type="http://schemas.openxmlformats.org/officeDocument/2006/relationships/hyperlink" Target="https://edu.gov.ru/" TargetMode="External"/><Relationship Id="rId33" Type="http://schemas.openxmlformats.org/officeDocument/2006/relationships/hyperlink" Target="https://multiurok.ru/" TargetMode="External"/><Relationship Id="rId38" Type="http://schemas.openxmlformats.org/officeDocument/2006/relationships/hyperlink" Target="https://prosv.ru/umk/school-russia.html" TargetMode="External"/><Relationship Id="rId46" Type="http://schemas.openxmlformats.org/officeDocument/2006/relationships/hyperlink" Target="https://&#1091;&#1088;&#1086;&#1082;.&#1088;&#1092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gov.ru/" TargetMode="External"/><Relationship Id="rId20" Type="http://schemas.openxmlformats.org/officeDocument/2006/relationships/hyperlink" Target="https://interneturok.ru/" TargetMode="External"/><Relationship Id="rId29" Type="http://schemas.openxmlformats.org/officeDocument/2006/relationships/hyperlink" Target="https://resh.edu.ru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-4-old.prosv.ru/" TargetMode="External"/><Relationship Id="rId24" Type="http://schemas.openxmlformats.org/officeDocument/2006/relationships/hyperlink" Target="https://edsoo.ru/" TargetMode="External"/><Relationship Id="rId32" Type="http://schemas.openxmlformats.org/officeDocument/2006/relationships/hyperlink" Target="https://&#1091;&#1088;&#1086;&#1082;.&#1088;&#1092;/" TargetMode="External"/><Relationship Id="rId37" Type="http://schemas.openxmlformats.org/officeDocument/2006/relationships/hyperlink" Target="https://biblioschool.ru/" TargetMode="External"/><Relationship Id="rId40" Type="http://schemas.openxmlformats.org/officeDocument/2006/relationships/hyperlink" Target="https://interneturok.ru/" TargetMode="External"/><Relationship Id="rId45" Type="http://schemas.openxmlformats.org/officeDocument/2006/relationships/hyperlink" Target="https://infourok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soo.ru" TargetMode="External"/><Relationship Id="rId23" Type="http://schemas.openxmlformats.org/officeDocument/2006/relationships/hyperlink" Target="https://edsoo.ru/" TargetMode="External"/><Relationship Id="rId28" Type="http://schemas.openxmlformats.org/officeDocument/2006/relationships/hyperlink" Target="http://1-4-old.prosv.ru/" TargetMode="External"/><Relationship Id="rId36" Type="http://schemas.openxmlformats.org/officeDocument/2006/relationships/hyperlink" Target="https://fipi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prosv.ru/umk/s" TargetMode="External"/><Relationship Id="rId19" Type="http://schemas.openxmlformats.org/officeDocument/2006/relationships/hyperlink" Target="http://1-4-old.prosv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easyen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iblioschool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uchi.ru" TargetMode="External"/><Relationship Id="rId27" Type="http://schemas.openxmlformats.org/officeDocument/2006/relationships/hyperlink" Target="http://1-4-old.prosv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edu.gov.ru/" TargetMode="External"/><Relationship Id="rId43" Type="http://schemas.openxmlformats.org/officeDocument/2006/relationships/hyperlink" Target="https://education.yandex.ru/" TargetMode="External"/><Relationship Id="rId48" Type="http://schemas.openxmlformats.org/officeDocument/2006/relationships/hyperlink" Target="https://multiurok.ru/" TargetMode="External"/><Relationship Id="rId8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A06F2E-769D-4CDE-93CF-EE27C319A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6341</Words>
  <Characters>36146</Characters>
  <Application>Microsoft Office Word</Application>
  <DocSecurity>0</DocSecurity>
  <Lines>301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4</cp:revision>
  <dcterms:created xsi:type="dcterms:W3CDTF">2022-06-14T04:36:00Z</dcterms:created>
  <dcterms:modified xsi:type="dcterms:W3CDTF">2022-06-14T06:39:00Z</dcterms:modified>
</cp:coreProperties>
</file>